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0B56FD" w14:textId="2854FE1E" w:rsidR="002A70C2" w:rsidRPr="002A70C2" w:rsidRDefault="002A70C2" w:rsidP="002A70C2">
      <w:pPr>
        <w:widowControl w:val="0"/>
        <w:spacing w:after="0" w:line="360" w:lineRule="auto"/>
        <w:ind w:right="-716"/>
        <w:jc w:val="center"/>
        <w:rPr>
          <w:rFonts w:ascii="Georgia Pro Black" w:hAnsi="Georgia Pro Black"/>
          <w:b/>
          <w:sz w:val="24"/>
          <w:szCs w:val="24"/>
        </w:rPr>
      </w:pPr>
      <w:r w:rsidRPr="002A70C2">
        <w:rPr>
          <w:rFonts w:ascii="Georgia Pro Black" w:hAnsi="Georgia Pro Black"/>
          <w:b/>
          <w:sz w:val="24"/>
          <w:szCs w:val="24"/>
        </w:rPr>
        <w:t xml:space="preserve">ANEXO </w:t>
      </w:r>
      <w:r w:rsidR="007555F5">
        <w:rPr>
          <w:rFonts w:ascii="Georgia Pro Black" w:hAnsi="Georgia Pro Black"/>
          <w:b/>
          <w:sz w:val="24"/>
          <w:szCs w:val="24"/>
        </w:rPr>
        <w:t>III</w:t>
      </w:r>
    </w:p>
    <w:p w14:paraId="1E690107" w14:textId="77777777" w:rsidR="002A70C2" w:rsidRPr="002A70C2" w:rsidRDefault="002A70C2" w:rsidP="002A70C2">
      <w:pPr>
        <w:widowControl w:val="0"/>
        <w:spacing w:after="0" w:line="360" w:lineRule="auto"/>
        <w:ind w:right="-716"/>
        <w:jc w:val="center"/>
        <w:rPr>
          <w:rFonts w:ascii="Georgia Pro Black" w:hAnsi="Georgia Pro Black"/>
          <w:b/>
          <w:sz w:val="24"/>
          <w:szCs w:val="24"/>
        </w:rPr>
      </w:pPr>
    </w:p>
    <w:p w14:paraId="211F5EF2" w14:textId="77777777" w:rsidR="002A70C2" w:rsidRDefault="002A70C2" w:rsidP="007D4D13">
      <w:pPr>
        <w:widowControl w:val="0"/>
        <w:spacing w:after="0" w:line="360" w:lineRule="auto"/>
        <w:ind w:right="-716"/>
        <w:jc w:val="both"/>
        <w:rPr>
          <w:rFonts w:ascii="Calibri" w:hAnsi="Calibri"/>
          <w:b/>
          <w:sz w:val="24"/>
          <w:szCs w:val="24"/>
        </w:rPr>
      </w:pPr>
    </w:p>
    <w:p w14:paraId="53F481E9" w14:textId="3D592CFB" w:rsidR="007D4D13" w:rsidRPr="00A3458F" w:rsidRDefault="00F0657A" w:rsidP="007D4D13">
      <w:pPr>
        <w:widowControl w:val="0"/>
        <w:spacing w:after="0" w:line="360" w:lineRule="auto"/>
        <w:ind w:right="-716"/>
        <w:jc w:val="both"/>
        <w:rPr>
          <w:b/>
          <w:sz w:val="24"/>
          <w:szCs w:val="24"/>
        </w:rPr>
      </w:pPr>
      <w:r w:rsidRPr="00A3458F">
        <w:rPr>
          <w:b/>
          <w:sz w:val="24"/>
          <w:szCs w:val="24"/>
        </w:rPr>
        <w:t xml:space="preserve">À </w:t>
      </w:r>
      <w:r w:rsidR="007D4D13" w:rsidRPr="00A3458F">
        <w:rPr>
          <w:b/>
          <w:sz w:val="24"/>
          <w:szCs w:val="24"/>
        </w:rPr>
        <w:t>Sra.</w:t>
      </w:r>
    </w:p>
    <w:p w14:paraId="6628A959" w14:textId="77777777" w:rsidR="007D4D13" w:rsidRPr="00A3458F" w:rsidRDefault="007D4D13" w:rsidP="007D4D13">
      <w:pPr>
        <w:widowControl w:val="0"/>
        <w:spacing w:after="0" w:line="360" w:lineRule="auto"/>
        <w:ind w:right="-716"/>
        <w:jc w:val="both"/>
        <w:rPr>
          <w:b/>
          <w:sz w:val="24"/>
          <w:szCs w:val="24"/>
        </w:rPr>
      </w:pPr>
      <w:r w:rsidRPr="00A3458F">
        <w:rPr>
          <w:b/>
          <w:sz w:val="24"/>
          <w:szCs w:val="24"/>
        </w:rPr>
        <w:t>Anna Raquel Gomes e Pereira</w:t>
      </w:r>
    </w:p>
    <w:p w14:paraId="40F5B624" w14:textId="77777777" w:rsidR="00ED1E54" w:rsidRPr="00A3458F" w:rsidRDefault="007D4D13" w:rsidP="007D4D13">
      <w:pPr>
        <w:widowControl w:val="0"/>
        <w:spacing w:after="0" w:line="360" w:lineRule="auto"/>
        <w:ind w:right="-716"/>
        <w:jc w:val="both"/>
        <w:rPr>
          <w:b/>
          <w:sz w:val="24"/>
          <w:szCs w:val="24"/>
        </w:rPr>
      </w:pPr>
      <w:proofErr w:type="spellStart"/>
      <w:r w:rsidRPr="00A3458F">
        <w:rPr>
          <w:b/>
          <w:sz w:val="24"/>
          <w:szCs w:val="24"/>
        </w:rPr>
        <w:t>Presidente</w:t>
      </w:r>
      <w:proofErr w:type="spellEnd"/>
      <w:r w:rsidRPr="00A3458F">
        <w:rPr>
          <w:b/>
          <w:sz w:val="24"/>
          <w:szCs w:val="24"/>
        </w:rPr>
        <w:t xml:space="preserve"> da </w:t>
      </w:r>
      <w:proofErr w:type="spellStart"/>
      <w:r w:rsidR="00F0657A" w:rsidRPr="00A3458F">
        <w:rPr>
          <w:b/>
          <w:sz w:val="24"/>
          <w:szCs w:val="24"/>
        </w:rPr>
        <w:t>Comissão</w:t>
      </w:r>
      <w:proofErr w:type="spellEnd"/>
      <w:r w:rsidR="00F0657A" w:rsidRPr="00A3458F">
        <w:rPr>
          <w:b/>
          <w:sz w:val="24"/>
          <w:szCs w:val="24"/>
        </w:rPr>
        <w:t xml:space="preserve"> </w:t>
      </w:r>
      <w:proofErr w:type="spellStart"/>
      <w:r w:rsidR="00F0657A" w:rsidRPr="00A3458F">
        <w:rPr>
          <w:b/>
          <w:sz w:val="24"/>
          <w:szCs w:val="24"/>
        </w:rPr>
        <w:t>Eleitoral</w:t>
      </w:r>
      <w:proofErr w:type="spellEnd"/>
      <w:r w:rsidR="00F0657A" w:rsidRPr="00A3458F">
        <w:rPr>
          <w:b/>
          <w:sz w:val="24"/>
          <w:szCs w:val="24"/>
        </w:rPr>
        <w:t xml:space="preserve"> da ABMCJ</w:t>
      </w:r>
    </w:p>
    <w:p w14:paraId="2D5951C1" w14:textId="77777777" w:rsidR="00ED1D11" w:rsidRPr="00A3458F" w:rsidRDefault="0099455A" w:rsidP="007D4D13">
      <w:pPr>
        <w:widowControl w:val="0"/>
        <w:spacing w:after="0" w:line="360" w:lineRule="auto"/>
        <w:ind w:right="-716"/>
        <w:jc w:val="both"/>
        <w:rPr>
          <w:rStyle w:val="Hyperlink"/>
          <w:spacing w:val="-11"/>
          <w:sz w:val="24"/>
          <w:szCs w:val="24"/>
          <w:lang w:val="pt-BR"/>
        </w:rPr>
      </w:pPr>
      <w:hyperlink r:id="rId8" w:history="1">
        <w:r w:rsidR="007D4D13" w:rsidRPr="00A3458F">
          <w:rPr>
            <w:rStyle w:val="Hyperlink"/>
            <w:spacing w:val="-11"/>
            <w:sz w:val="24"/>
            <w:szCs w:val="24"/>
            <w:lang w:val="pt-BR"/>
          </w:rPr>
          <w:t>eleicaoabmcj2025@gmail.com</w:t>
        </w:r>
      </w:hyperlink>
    </w:p>
    <w:p w14:paraId="56A22850" w14:textId="77777777" w:rsidR="007D4D13" w:rsidRPr="00A3458F" w:rsidRDefault="007D4D13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5F15EAE" w14:textId="2C5D50C7" w:rsidR="00ED1E54" w:rsidRPr="00A3458F" w:rsidRDefault="00F0657A" w:rsidP="007D4D13">
      <w:pPr>
        <w:widowControl w:val="0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 xml:space="preserve">Ref.: </w:t>
      </w:r>
      <w:r w:rsidR="00934668" w:rsidRPr="00A3458F">
        <w:rPr>
          <w:b/>
          <w:caps/>
          <w:sz w:val="24"/>
          <w:szCs w:val="24"/>
        </w:rPr>
        <w:t xml:space="preserve">requerimento de registro </w:t>
      </w:r>
      <w:bookmarkStart w:id="0" w:name="_GoBack"/>
      <w:bookmarkEnd w:id="0"/>
      <w:r w:rsidRPr="00A3458F">
        <w:rPr>
          <w:b/>
          <w:caps/>
          <w:sz w:val="24"/>
          <w:szCs w:val="24"/>
        </w:rPr>
        <w:t xml:space="preserve">de Chapa para o Pleito Eleitoral da ABMCJ </w:t>
      </w:r>
      <w:r w:rsidR="007555F5">
        <w:rPr>
          <w:b/>
          <w:caps/>
          <w:sz w:val="24"/>
          <w:szCs w:val="24"/>
        </w:rPr>
        <w:t xml:space="preserve">NACIONAL </w:t>
      </w:r>
      <w:r w:rsidRPr="00A3458F">
        <w:rPr>
          <w:b/>
          <w:caps/>
          <w:sz w:val="24"/>
          <w:szCs w:val="24"/>
        </w:rPr>
        <w:t xml:space="preserve">– Gestão </w:t>
      </w:r>
      <w:r w:rsidR="00934668" w:rsidRPr="00A3458F">
        <w:rPr>
          <w:b/>
          <w:caps/>
          <w:sz w:val="24"/>
          <w:szCs w:val="24"/>
        </w:rPr>
        <w:t>2026/2029</w:t>
      </w:r>
    </w:p>
    <w:p w14:paraId="37C9F5FB" w14:textId="77777777" w:rsidR="00ED1D11" w:rsidRPr="00A3458F" w:rsidRDefault="00ED1D11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9EE5D92" w14:textId="1BCE4F1E" w:rsidR="00ED1E54" w:rsidRPr="00A3458F" w:rsidRDefault="00F0657A" w:rsidP="007D4D13">
      <w:pPr>
        <w:widowControl w:val="0"/>
        <w:spacing w:after="0" w:line="360" w:lineRule="auto"/>
        <w:ind w:right="-716" w:firstLine="1418"/>
        <w:jc w:val="both"/>
        <w:rPr>
          <w:sz w:val="24"/>
          <w:szCs w:val="24"/>
        </w:rPr>
      </w:pPr>
      <w:r w:rsidRPr="00A3458F">
        <w:rPr>
          <w:color w:val="FF0000"/>
          <w:sz w:val="24"/>
          <w:szCs w:val="24"/>
        </w:rPr>
        <w:t>Nome da Chapa</w:t>
      </w:r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por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meio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sua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representante</w:t>
      </w:r>
      <w:proofErr w:type="spellEnd"/>
      <w:r w:rsidRPr="00A3458F">
        <w:rPr>
          <w:sz w:val="24"/>
          <w:szCs w:val="24"/>
        </w:rPr>
        <w:t xml:space="preserve"> legal </w:t>
      </w:r>
      <w:proofErr w:type="spellStart"/>
      <w:r w:rsidRPr="00A3458F">
        <w:rPr>
          <w:sz w:val="24"/>
          <w:szCs w:val="24"/>
        </w:rPr>
        <w:t>abaixo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assinada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vem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respeitosamente</w:t>
      </w:r>
      <w:proofErr w:type="spellEnd"/>
      <w:r w:rsidRPr="00A3458F">
        <w:rPr>
          <w:sz w:val="24"/>
          <w:szCs w:val="24"/>
        </w:rPr>
        <w:t xml:space="preserve">, à </w:t>
      </w:r>
      <w:proofErr w:type="spellStart"/>
      <w:r w:rsidRPr="00A3458F">
        <w:rPr>
          <w:sz w:val="24"/>
          <w:szCs w:val="24"/>
        </w:rPr>
        <w:t>presença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Vossas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Senhorias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requerer</w:t>
      </w:r>
      <w:proofErr w:type="spellEnd"/>
      <w:r w:rsidRPr="00A3458F">
        <w:rPr>
          <w:sz w:val="24"/>
          <w:szCs w:val="24"/>
        </w:rPr>
        <w:t xml:space="preserve"> </w:t>
      </w:r>
      <w:r w:rsidR="00703E2E" w:rsidRPr="00A3458F">
        <w:rPr>
          <w:sz w:val="24"/>
          <w:szCs w:val="24"/>
        </w:rPr>
        <w:t xml:space="preserve">o </w:t>
      </w:r>
      <w:proofErr w:type="spellStart"/>
      <w:proofErr w:type="gramStart"/>
      <w:r w:rsidR="00703E2E" w:rsidRPr="00A3458F">
        <w:rPr>
          <w:sz w:val="24"/>
          <w:szCs w:val="24"/>
        </w:rPr>
        <w:t>registro</w:t>
      </w:r>
      <w:proofErr w:type="spellEnd"/>
      <w:r w:rsidR="00703E2E" w:rsidRPr="00A3458F">
        <w:rPr>
          <w:sz w:val="24"/>
          <w:szCs w:val="24"/>
        </w:rPr>
        <w:t xml:space="preserve"> </w:t>
      </w:r>
      <w:r w:rsidRPr="00A3458F">
        <w:rPr>
          <w:sz w:val="24"/>
          <w:szCs w:val="24"/>
        </w:rPr>
        <w:t xml:space="preserve"> da</w:t>
      </w:r>
      <w:proofErr w:type="gram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chapa</w:t>
      </w:r>
      <w:proofErr w:type="spellEnd"/>
      <w:r w:rsidRPr="00A3458F">
        <w:rPr>
          <w:sz w:val="24"/>
          <w:szCs w:val="24"/>
        </w:rPr>
        <w:t xml:space="preserve"> para concorrer às eleições da </w:t>
      </w:r>
      <w:proofErr w:type="spellStart"/>
      <w:r w:rsidRPr="00A3458F">
        <w:rPr>
          <w:sz w:val="24"/>
          <w:szCs w:val="24"/>
        </w:rPr>
        <w:t>Associação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Brasileira</w:t>
      </w:r>
      <w:proofErr w:type="spellEnd"/>
      <w:r w:rsidRPr="00A3458F">
        <w:rPr>
          <w:sz w:val="24"/>
          <w:szCs w:val="24"/>
        </w:rPr>
        <w:t xml:space="preserve"> das </w:t>
      </w:r>
      <w:proofErr w:type="spellStart"/>
      <w:r w:rsidRPr="00A3458F">
        <w:rPr>
          <w:sz w:val="24"/>
          <w:szCs w:val="24"/>
        </w:rPr>
        <w:t>Mulheres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Carreira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Jurídica</w:t>
      </w:r>
      <w:proofErr w:type="spellEnd"/>
      <w:r w:rsidRPr="00A3458F">
        <w:rPr>
          <w:sz w:val="24"/>
          <w:szCs w:val="24"/>
        </w:rPr>
        <w:t xml:space="preserve"> – ABMCJ</w:t>
      </w:r>
      <w:r w:rsidR="007555F5">
        <w:rPr>
          <w:sz w:val="24"/>
          <w:szCs w:val="24"/>
        </w:rPr>
        <w:t xml:space="preserve"> Nacional, </w:t>
      </w:r>
      <w:r w:rsidR="00703E2E"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na</w:t>
      </w:r>
      <w:proofErr w:type="spellEnd"/>
      <w:r w:rsidRPr="00A3458F">
        <w:rPr>
          <w:sz w:val="24"/>
          <w:szCs w:val="24"/>
        </w:rPr>
        <w:t xml:space="preserve"> forma do </w:t>
      </w:r>
      <w:proofErr w:type="spellStart"/>
      <w:r w:rsidR="00BD6FFE">
        <w:rPr>
          <w:sz w:val="24"/>
          <w:szCs w:val="24"/>
        </w:rPr>
        <w:t>Estatuto</w:t>
      </w:r>
      <w:proofErr w:type="spellEnd"/>
      <w:r w:rsidR="00BD6FFE">
        <w:rPr>
          <w:sz w:val="24"/>
          <w:szCs w:val="24"/>
        </w:rPr>
        <w:t xml:space="preserve"> (</w:t>
      </w:r>
      <w:proofErr w:type="spellStart"/>
      <w:r w:rsidR="00BD6FFE">
        <w:rPr>
          <w:sz w:val="24"/>
          <w:szCs w:val="24"/>
        </w:rPr>
        <w:t>artigo</w:t>
      </w:r>
      <w:proofErr w:type="spellEnd"/>
      <w:r w:rsidR="00BD6FFE">
        <w:rPr>
          <w:sz w:val="24"/>
          <w:szCs w:val="24"/>
        </w:rPr>
        <w:t xml:space="preserve"> 25) e </w:t>
      </w:r>
      <w:proofErr w:type="spellStart"/>
      <w:r w:rsidR="00ED1D11" w:rsidRPr="00A3458F">
        <w:rPr>
          <w:sz w:val="24"/>
          <w:szCs w:val="24"/>
        </w:rPr>
        <w:t>Regimento</w:t>
      </w:r>
      <w:proofErr w:type="spellEnd"/>
      <w:r w:rsidRPr="00A3458F">
        <w:rPr>
          <w:sz w:val="24"/>
          <w:szCs w:val="24"/>
        </w:rPr>
        <w:t xml:space="preserve"> e do </w:t>
      </w:r>
      <w:proofErr w:type="spellStart"/>
      <w:r w:rsidRPr="00A3458F">
        <w:rPr>
          <w:sz w:val="24"/>
          <w:szCs w:val="24"/>
        </w:rPr>
        <w:t>Edital</w:t>
      </w:r>
      <w:proofErr w:type="spellEnd"/>
      <w:r w:rsidRPr="00A3458F">
        <w:rPr>
          <w:sz w:val="24"/>
          <w:szCs w:val="24"/>
        </w:rPr>
        <w:t xml:space="preserve"> de </w:t>
      </w:r>
      <w:proofErr w:type="spellStart"/>
      <w:r w:rsidRPr="00A3458F">
        <w:rPr>
          <w:sz w:val="24"/>
          <w:szCs w:val="24"/>
        </w:rPr>
        <w:t>Convocação</w:t>
      </w:r>
      <w:proofErr w:type="spellEnd"/>
      <w:r w:rsidRPr="00A3458F">
        <w:rPr>
          <w:sz w:val="24"/>
          <w:szCs w:val="24"/>
        </w:rPr>
        <w:t>.</w:t>
      </w:r>
    </w:p>
    <w:p w14:paraId="28889D81" w14:textId="77777777" w:rsidR="007D4D13" w:rsidRPr="00A3458F" w:rsidRDefault="007D4D13" w:rsidP="007D4D13">
      <w:pPr>
        <w:widowControl w:val="0"/>
        <w:spacing w:after="0" w:line="360" w:lineRule="auto"/>
        <w:ind w:right="-716" w:firstLine="1418"/>
        <w:jc w:val="both"/>
        <w:rPr>
          <w:sz w:val="24"/>
          <w:szCs w:val="24"/>
        </w:rPr>
      </w:pPr>
    </w:p>
    <w:p w14:paraId="1C0F342F" w14:textId="77777777" w:rsidR="00ED1E54" w:rsidRPr="00A3458F" w:rsidRDefault="00F0657A" w:rsidP="007D4D13">
      <w:pPr>
        <w:pStyle w:val="Ttulo2"/>
        <w:keepNext w:val="0"/>
        <w:keepLines w:val="0"/>
        <w:widowControl w:val="0"/>
        <w:spacing w:before="0" w:line="360" w:lineRule="auto"/>
        <w:ind w:right="-716"/>
        <w:jc w:val="both"/>
        <w:rPr>
          <w:rFonts w:asciiTheme="minorHAnsi" w:hAnsiTheme="minorHAnsi"/>
          <w:color w:val="76923C" w:themeColor="accent3" w:themeShade="BF"/>
          <w:sz w:val="24"/>
          <w:szCs w:val="24"/>
        </w:rPr>
      </w:pPr>
      <w:r w:rsidRPr="00A3458F">
        <w:rPr>
          <w:rFonts w:asciiTheme="minorHAnsi" w:hAnsiTheme="minorHAnsi"/>
          <w:caps/>
          <w:color w:val="76923C" w:themeColor="accent3" w:themeShade="BF"/>
          <w:sz w:val="24"/>
          <w:szCs w:val="24"/>
        </w:rPr>
        <w:t>1. Denominação da Chapa:</w:t>
      </w:r>
      <w:r w:rsidR="00ED1D11" w:rsidRPr="00A3458F">
        <w:rPr>
          <w:rFonts w:asciiTheme="minorHAnsi" w:hAnsiTheme="minorHAnsi"/>
          <w:color w:val="76923C" w:themeColor="accent3" w:themeShade="BF"/>
          <w:sz w:val="24"/>
          <w:szCs w:val="24"/>
        </w:rPr>
        <w:t xml:space="preserve"> </w:t>
      </w:r>
      <w:r w:rsidRPr="00A3458F">
        <w:rPr>
          <w:rFonts w:asciiTheme="minorHAnsi" w:hAnsiTheme="minorHAnsi"/>
          <w:color w:val="76923C" w:themeColor="accent3" w:themeShade="BF"/>
          <w:sz w:val="24"/>
          <w:szCs w:val="24"/>
        </w:rPr>
        <w:t>________________________________________</w:t>
      </w:r>
      <w:r w:rsidR="00ED1D11" w:rsidRPr="00A3458F">
        <w:rPr>
          <w:rFonts w:asciiTheme="minorHAnsi" w:hAnsiTheme="minorHAnsi"/>
          <w:color w:val="76923C" w:themeColor="accent3" w:themeShade="BF"/>
          <w:sz w:val="24"/>
          <w:szCs w:val="24"/>
        </w:rPr>
        <w:t>_________</w:t>
      </w:r>
    </w:p>
    <w:p w14:paraId="0E51AC25" w14:textId="77777777" w:rsidR="007D4D13" w:rsidRPr="00A3458F" w:rsidRDefault="007D4D13" w:rsidP="007D4D13">
      <w:pPr>
        <w:rPr>
          <w:sz w:val="24"/>
          <w:szCs w:val="24"/>
        </w:rPr>
      </w:pPr>
    </w:p>
    <w:p w14:paraId="6E45BC57" w14:textId="77777777" w:rsidR="00ED1E54" w:rsidRPr="00A3458F" w:rsidRDefault="00F0657A" w:rsidP="007D4D13">
      <w:pPr>
        <w:pStyle w:val="Ttulo2"/>
        <w:keepNext w:val="0"/>
        <w:keepLines w:val="0"/>
        <w:widowControl w:val="0"/>
        <w:spacing w:before="0" w:line="360" w:lineRule="auto"/>
        <w:ind w:right="-716"/>
        <w:jc w:val="both"/>
        <w:rPr>
          <w:rFonts w:asciiTheme="minorHAnsi" w:hAnsiTheme="minorHAnsi"/>
          <w:caps/>
          <w:color w:val="76923C" w:themeColor="accent3" w:themeShade="BF"/>
          <w:sz w:val="24"/>
          <w:szCs w:val="24"/>
        </w:rPr>
      </w:pPr>
      <w:r w:rsidRPr="00A3458F">
        <w:rPr>
          <w:rFonts w:asciiTheme="minorHAnsi" w:hAnsiTheme="minorHAnsi"/>
          <w:caps/>
          <w:color w:val="76923C" w:themeColor="accent3" w:themeShade="BF"/>
          <w:sz w:val="24"/>
          <w:szCs w:val="24"/>
        </w:rPr>
        <w:t>2. Candidatas que a compõem:</w:t>
      </w:r>
    </w:p>
    <w:p w14:paraId="04573897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122AA63" w14:textId="7BB20D3A" w:rsidR="00ED1E54" w:rsidRPr="00A3458F" w:rsidRDefault="00ED1D11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</w:t>
      </w:r>
      <w:r w:rsidR="00913472" w:rsidRPr="00A3458F">
        <w:rPr>
          <w:b/>
          <w:caps/>
          <w:sz w:val="24"/>
          <w:szCs w:val="24"/>
        </w:rPr>
        <w:t xml:space="preserve"> PRESIDENTE</w:t>
      </w:r>
      <w:r w:rsidR="00BD6FFE">
        <w:rPr>
          <w:b/>
          <w:caps/>
          <w:sz w:val="24"/>
          <w:szCs w:val="24"/>
        </w:rPr>
        <w:t xml:space="preserve"> NACIONAL </w:t>
      </w:r>
    </w:p>
    <w:p w14:paraId="49EF4DE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7C8CDB7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42CBDBF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21C353A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5D6CDFD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 xml:space="preserve">CPF: </w:t>
      </w:r>
    </w:p>
    <w:p w14:paraId="34D53C5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73779BC8" w14:textId="77777777" w:rsidR="00913472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6DDDFEB8" w14:textId="77777777" w:rsidR="00913472" w:rsidRPr="00A3458F" w:rsidRDefault="00913472" w:rsidP="007D4D13">
      <w:pPr>
        <w:widowControl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7881BC45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420A4C5" w14:textId="76472050" w:rsidR="00ED1E54" w:rsidRPr="00A3458F" w:rsidRDefault="00F0657A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Vice-Presidente</w:t>
      </w:r>
      <w:r w:rsidR="004B52EB">
        <w:rPr>
          <w:b/>
          <w:caps/>
          <w:sz w:val="24"/>
          <w:szCs w:val="24"/>
        </w:rPr>
        <w:t xml:space="preserve"> NACIONAL</w:t>
      </w:r>
    </w:p>
    <w:p w14:paraId="135DDD3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12FCD4B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087A01E6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4BA7809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73FDD96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6C894FF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9CE9866" w14:textId="591D2A02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15B96BE8" w14:textId="77777777" w:rsidR="00913472" w:rsidRPr="00A3458F" w:rsidRDefault="00913472" w:rsidP="007D4D13">
      <w:pPr>
        <w:widowControl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056D62F9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07AAD11" w14:textId="156C55C7" w:rsidR="00ED1E54" w:rsidRPr="00A3458F" w:rsidRDefault="00F0657A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Secretária</w:t>
      </w:r>
      <w:r w:rsidR="004B52EB">
        <w:rPr>
          <w:b/>
          <w:caps/>
          <w:sz w:val="24"/>
          <w:szCs w:val="24"/>
        </w:rPr>
        <w:t xml:space="preserve"> GERAL </w:t>
      </w:r>
    </w:p>
    <w:p w14:paraId="0D4E516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10948E7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2E2952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244585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12FE7A5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7A943C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 xml:space="preserve">RG, COM NÚMERO E ORGAO EMISSOR: </w:t>
      </w:r>
    </w:p>
    <w:p w14:paraId="4528AED7" w14:textId="6B8CCBDD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44C8585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4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54F26443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71FD49EF" w14:textId="77777777" w:rsidR="00ED1D11" w:rsidRPr="00A3458F" w:rsidRDefault="00ED1D11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Secretária-Adjunta</w:t>
      </w:r>
    </w:p>
    <w:p w14:paraId="1D0A4FB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2FA1A728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6796646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F977A9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4147009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5BEFA0B6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12F554D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1A094BF6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71B3D0BD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1A5BE197" w14:textId="77777777" w:rsidR="00ED1E54" w:rsidRPr="00A3458F" w:rsidRDefault="00F0657A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Tesoureira</w:t>
      </w:r>
    </w:p>
    <w:p w14:paraId="51EA2C4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1FB28CFF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1FD7D24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5A9C342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4CB484E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45C830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2C1B012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>ENDEREÇO COMPLETO, COM CEP:</w:t>
      </w:r>
    </w:p>
    <w:p w14:paraId="4031CE54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51C53FE9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1731ADDB" w14:textId="77777777" w:rsidR="00ED1D11" w:rsidRPr="00A3458F" w:rsidRDefault="00ED1D11" w:rsidP="007D4D13">
      <w:pPr>
        <w:widowControl w:val="0"/>
        <w:shd w:val="clear" w:color="auto" w:fill="C2D69B" w:themeFill="accent3" w:themeFillTint="99"/>
        <w:spacing w:after="0" w:line="360" w:lineRule="auto"/>
        <w:ind w:right="-716"/>
        <w:jc w:val="both"/>
        <w:rPr>
          <w:b/>
          <w:caps/>
          <w:sz w:val="24"/>
          <w:szCs w:val="24"/>
        </w:rPr>
      </w:pPr>
      <w:r w:rsidRPr="00A3458F">
        <w:rPr>
          <w:b/>
          <w:caps/>
          <w:sz w:val="24"/>
          <w:szCs w:val="24"/>
        </w:rPr>
        <w:t>- Tesoureira-Adjunta</w:t>
      </w:r>
    </w:p>
    <w:p w14:paraId="67E766B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335CC1F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08890243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0B28714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298F49D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7910F07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50208081" w14:textId="171BC24A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09EEA81D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23B40C72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7E8A49A3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1A37F677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sz w:val="24"/>
          <w:szCs w:val="24"/>
          <w:shd w:val="clear" w:color="auto" w:fill="C2D69B" w:themeFill="accent3" w:themeFillTint="99"/>
          <w:lang w:eastAsia="pt-BR"/>
        </w:rPr>
        <w:t>CONSELHO FISCAL</w:t>
      </w:r>
      <w:r w:rsidRPr="00A3458F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</w:p>
    <w:p w14:paraId="6FF6FDA2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 1</w:t>
      </w:r>
    </w:p>
    <w:p w14:paraId="716D17D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138E48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EA4034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751DCA4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12E4E560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72404B8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 xml:space="preserve">RG, COM NÚMERO E ORGAO EMISSOR: </w:t>
      </w:r>
    </w:p>
    <w:p w14:paraId="09123B75" w14:textId="50A5F959" w:rsidR="00913472" w:rsidRPr="00A3458F" w:rsidRDefault="00913472" w:rsidP="00DF60EF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1B7FB59F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0D675E7F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1A0D76C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 2</w:t>
      </w:r>
    </w:p>
    <w:p w14:paraId="2275274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371590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2E70B01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42040B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545E9413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B638B92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4EE44BE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6AB89265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45D512E5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1A42ABBE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efetivo 3</w:t>
      </w:r>
    </w:p>
    <w:p w14:paraId="0AC3559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2B84DB8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38A2B9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16B8007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2BF71C0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41FA9B2C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61FB908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lastRenderedPageBreak/>
        <w:t>ENDEREÇO COMPLETO, COM CEP:</w:t>
      </w:r>
    </w:p>
    <w:p w14:paraId="7E5942A1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415E2196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533B3E26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 1</w:t>
      </w:r>
    </w:p>
    <w:p w14:paraId="22CC1CA9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0B74459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069F065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1DC389A2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7183C4A5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671BE20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33BA2824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2B96A455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4D2B19C9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098903BF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 2</w:t>
      </w:r>
    </w:p>
    <w:p w14:paraId="6861740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7DAE035E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17C41587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587A909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7108F12D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7F1937C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057D541E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3410A464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7D7F7195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1D35587E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22909AE3" w14:textId="77777777" w:rsidR="00913472" w:rsidRPr="00A3458F" w:rsidRDefault="00913472" w:rsidP="007D4D13">
      <w:pPr>
        <w:widowControl w:val="0"/>
        <w:spacing w:after="0" w:line="360" w:lineRule="auto"/>
        <w:ind w:right="-716"/>
        <w:jc w:val="both"/>
        <w:rPr>
          <w:sz w:val="24"/>
          <w:szCs w:val="24"/>
        </w:rPr>
      </w:pPr>
    </w:p>
    <w:p w14:paraId="2092CA63" w14:textId="77777777" w:rsidR="00913472" w:rsidRPr="00A3458F" w:rsidRDefault="00913472" w:rsidP="007D4D13">
      <w:pPr>
        <w:widowControl w:val="0"/>
        <w:shd w:val="clear" w:color="auto" w:fill="C2D69B" w:themeFill="accent3" w:themeFillTint="99"/>
        <w:autoSpaceDE w:val="0"/>
        <w:autoSpaceDN w:val="0"/>
        <w:adjustRightInd w:val="0"/>
        <w:spacing w:after="0" w:line="360" w:lineRule="auto"/>
        <w:ind w:right="-716"/>
        <w:jc w:val="both"/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</w:pPr>
      <w:r w:rsidRPr="00A3458F">
        <w:rPr>
          <w:rFonts w:eastAsia="Times New Roman" w:cs="Calibri Light"/>
          <w:b/>
          <w:bCs/>
          <w:iCs/>
          <w:caps/>
          <w:sz w:val="24"/>
          <w:szCs w:val="24"/>
          <w:lang w:eastAsia="pt-BR"/>
        </w:rPr>
        <w:t>- Membro suplente 3</w:t>
      </w:r>
    </w:p>
    <w:p w14:paraId="3A6AFC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NOME COMPLETO: </w:t>
      </w:r>
    </w:p>
    <w:p w14:paraId="355B02C1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NACIONALIDADE: </w:t>
      </w:r>
    </w:p>
    <w:p w14:paraId="7F857D1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ESTADO CIVIL: </w:t>
      </w:r>
    </w:p>
    <w:p w14:paraId="3F1D4A3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PROFISSÃO: </w:t>
      </w:r>
    </w:p>
    <w:p w14:paraId="61B56F9B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CPF: </w:t>
      </w:r>
    </w:p>
    <w:p w14:paraId="088773AA" w14:textId="77777777" w:rsidR="00913472" w:rsidRPr="00A3458F" w:rsidRDefault="00913472" w:rsidP="007D4D13">
      <w:pPr>
        <w:widowControl w:val="0"/>
        <w:autoSpaceDE w:val="0"/>
        <w:autoSpaceDN w:val="0"/>
        <w:adjustRightInd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RG, COM NÚMERO E ORGAO EMISSOR: </w:t>
      </w:r>
    </w:p>
    <w:p w14:paraId="4F6CF8E1" w14:textId="77777777" w:rsidR="00913472" w:rsidRPr="00A3458F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>ENDEREÇO COMPLETO, COM CEP:</w:t>
      </w:r>
    </w:p>
    <w:p w14:paraId="6C0C4D57" w14:textId="77777777" w:rsidR="00913472" w:rsidRDefault="00913472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E-MAIL (se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não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possuir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 xml:space="preserve">, </w:t>
      </w:r>
      <w:proofErr w:type="spellStart"/>
      <w:r w:rsidRPr="00A3458F">
        <w:rPr>
          <w:rFonts w:eastAsia="Times New Roman" w:cs="Calibri Light"/>
          <w:iCs/>
          <w:sz w:val="24"/>
          <w:szCs w:val="24"/>
          <w:lang w:eastAsia="pt-BR"/>
        </w:rPr>
        <w:t>anotar</w:t>
      </w:r>
      <w:proofErr w:type="spellEnd"/>
      <w:r w:rsidRPr="00A3458F">
        <w:rPr>
          <w:rFonts w:eastAsia="Times New Roman" w:cs="Calibri Light"/>
          <w:iCs/>
          <w:sz w:val="24"/>
          <w:szCs w:val="24"/>
          <w:lang w:eastAsia="pt-BR"/>
        </w:rPr>
        <w:t>: NÃO FORNECIDO):</w:t>
      </w:r>
    </w:p>
    <w:p w14:paraId="5299B6E2" w14:textId="77777777" w:rsidR="00ED6FC9" w:rsidRDefault="00ED6FC9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7E4AFFD5" w14:textId="03853751" w:rsidR="00146A54" w:rsidRPr="001802EE" w:rsidRDefault="00ED6FC9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r w:rsidRPr="001802EE">
        <w:rPr>
          <w:rFonts w:eastAsia="Times New Roman" w:cs="Calibri Light"/>
          <w:b/>
          <w:bCs/>
          <w:iCs/>
          <w:sz w:val="24"/>
          <w:szCs w:val="24"/>
          <w:highlight w:val="darkYellow"/>
          <w:lang w:eastAsia="pt-BR"/>
        </w:rPr>
        <w:t>COORDENADORAS REGIONAIS</w:t>
      </w:r>
      <w:r w:rsidRPr="001802EE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</w:p>
    <w:p w14:paraId="4BBE9EF9" w14:textId="759B334D" w:rsidR="00146A54" w:rsidRPr="009C0386" w:rsidRDefault="00146A54" w:rsidP="00146A54">
      <w:pPr>
        <w:pStyle w:val="PargrafodaLista"/>
        <w:widowControl w:val="0"/>
        <w:numPr>
          <w:ilvl w:val="0"/>
          <w:numId w:val="11"/>
        </w:numPr>
        <w:spacing w:after="0" w:line="48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Coordenadora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Região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Norte:</w:t>
      </w:r>
    </w:p>
    <w:p w14:paraId="0EB6EBC9" w14:textId="16B81AB4" w:rsidR="00146A54" w:rsidRPr="009C0386" w:rsidRDefault="00146A54" w:rsidP="00146A54">
      <w:pPr>
        <w:pStyle w:val="PargrafodaLista"/>
        <w:widowControl w:val="0"/>
        <w:numPr>
          <w:ilvl w:val="0"/>
          <w:numId w:val="11"/>
        </w:numPr>
        <w:spacing w:after="0" w:line="48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Coordenadora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Região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Nordeste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:</w:t>
      </w:r>
    </w:p>
    <w:p w14:paraId="03905FD1" w14:textId="6992B659" w:rsidR="00146A54" w:rsidRPr="009C0386" w:rsidRDefault="00146A54" w:rsidP="00146A54">
      <w:pPr>
        <w:pStyle w:val="PargrafodaLista"/>
        <w:widowControl w:val="0"/>
        <w:numPr>
          <w:ilvl w:val="0"/>
          <w:numId w:val="11"/>
        </w:numPr>
        <w:spacing w:after="0" w:line="48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Coordenadora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Região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Sul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:</w:t>
      </w:r>
    </w:p>
    <w:p w14:paraId="5681F16E" w14:textId="57EF837E" w:rsidR="00146A54" w:rsidRPr="009C0386" w:rsidRDefault="00146A54" w:rsidP="00146A54">
      <w:pPr>
        <w:pStyle w:val="PargrafodaLista"/>
        <w:widowControl w:val="0"/>
        <w:numPr>
          <w:ilvl w:val="0"/>
          <w:numId w:val="11"/>
        </w:numPr>
        <w:spacing w:after="0" w:line="480" w:lineRule="auto"/>
        <w:ind w:right="-716"/>
        <w:jc w:val="both"/>
        <w:rPr>
          <w:rFonts w:eastAsia="Times New Roman" w:cs="Calibri Light"/>
          <w:b/>
          <w:bCs/>
          <w:iCs/>
          <w:sz w:val="24"/>
          <w:szCs w:val="24"/>
          <w:lang w:eastAsia="pt-BR"/>
        </w:rPr>
      </w:pP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Coordenadora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Região</w:t>
      </w:r>
      <w:proofErr w:type="spellEnd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 </w:t>
      </w:r>
      <w:proofErr w:type="spellStart"/>
      <w:r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>Sudeste</w:t>
      </w:r>
      <w:proofErr w:type="spellEnd"/>
      <w:r w:rsidR="00480986" w:rsidRPr="009C0386">
        <w:rPr>
          <w:rFonts w:eastAsia="Times New Roman" w:cs="Calibri Light"/>
          <w:b/>
          <w:bCs/>
          <w:iCs/>
          <w:sz w:val="24"/>
          <w:szCs w:val="24"/>
          <w:lang w:eastAsia="pt-BR"/>
        </w:rPr>
        <w:t xml:space="preserve">: </w:t>
      </w:r>
    </w:p>
    <w:p w14:paraId="06198B8D" w14:textId="77777777" w:rsidR="00146A54" w:rsidRDefault="00146A54" w:rsidP="007D4D13">
      <w:pPr>
        <w:widowControl w:val="0"/>
        <w:spacing w:after="0" w:line="480" w:lineRule="auto"/>
        <w:ind w:right="-716"/>
        <w:jc w:val="both"/>
        <w:rPr>
          <w:rFonts w:eastAsia="Times New Roman" w:cs="Calibri Light"/>
          <w:iCs/>
          <w:sz w:val="24"/>
          <w:szCs w:val="24"/>
          <w:lang w:eastAsia="pt-BR"/>
        </w:rPr>
      </w:pPr>
    </w:p>
    <w:p w14:paraId="2F000090" w14:textId="77777777" w:rsidR="007D4D13" w:rsidRPr="00A3458F" w:rsidRDefault="007D4D13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2E2254D4" w14:textId="77777777" w:rsidR="007D4D13" w:rsidRPr="00A3458F" w:rsidRDefault="007D4D13" w:rsidP="007D4D13">
      <w:pPr>
        <w:widowControl w:val="0"/>
        <w:tabs>
          <w:tab w:val="left" w:pos="1418"/>
        </w:tabs>
        <w:spacing w:after="0" w:line="360" w:lineRule="auto"/>
        <w:ind w:right="-714" w:firstLine="1418"/>
        <w:jc w:val="both"/>
        <w:rPr>
          <w:sz w:val="24"/>
          <w:szCs w:val="24"/>
        </w:rPr>
      </w:pPr>
      <w:proofErr w:type="spellStart"/>
      <w:r w:rsidRPr="00A3458F">
        <w:rPr>
          <w:sz w:val="24"/>
          <w:szCs w:val="24"/>
        </w:rPr>
        <w:t>Solicitamos</w:t>
      </w:r>
      <w:proofErr w:type="spellEnd"/>
      <w:r w:rsidRPr="00A3458F">
        <w:rPr>
          <w:sz w:val="24"/>
          <w:szCs w:val="24"/>
        </w:rPr>
        <w:t xml:space="preserve"> que, </w:t>
      </w:r>
      <w:proofErr w:type="spellStart"/>
      <w:r w:rsidRPr="00A3458F">
        <w:rPr>
          <w:sz w:val="24"/>
          <w:szCs w:val="24"/>
        </w:rPr>
        <w:t>após</w:t>
      </w:r>
      <w:proofErr w:type="spellEnd"/>
      <w:r w:rsidRPr="00A3458F">
        <w:rPr>
          <w:sz w:val="24"/>
          <w:szCs w:val="24"/>
        </w:rPr>
        <w:t xml:space="preserve"> a </w:t>
      </w:r>
      <w:proofErr w:type="spellStart"/>
      <w:r w:rsidRPr="00A3458F">
        <w:rPr>
          <w:sz w:val="24"/>
          <w:szCs w:val="24"/>
        </w:rPr>
        <w:t>pertinente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análise</w:t>
      </w:r>
      <w:proofErr w:type="spellEnd"/>
      <w:r w:rsidRPr="00A3458F">
        <w:rPr>
          <w:sz w:val="24"/>
          <w:szCs w:val="24"/>
        </w:rPr>
        <w:t xml:space="preserve"> da </w:t>
      </w:r>
      <w:proofErr w:type="spellStart"/>
      <w:r w:rsidRPr="00A3458F">
        <w:rPr>
          <w:sz w:val="24"/>
          <w:szCs w:val="24"/>
        </w:rPr>
        <w:t>documentação</w:t>
      </w:r>
      <w:proofErr w:type="spellEnd"/>
      <w:r w:rsidRPr="00A3458F">
        <w:rPr>
          <w:sz w:val="24"/>
          <w:szCs w:val="24"/>
        </w:rPr>
        <w:t xml:space="preserve"> que </w:t>
      </w:r>
      <w:proofErr w:type="spellStart"/>
      <w:r w:rsidRPr="00A3458F">
        <w:rPr>
          <w:sz w:val="24"/>
          <w:szCs w:val="24"/>
        </w:rPr>
        <w:t>acompanha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este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requerimento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seja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deferido</w:t>
      </w:r>
      <w:proofErr w:type="spellEnd"/>
      <w:r w:rsidRPr="00A3458F">
        <w:rPr>
          <w:sz w:val="24"/>
          <w:szCs w:val="24"/>
        </w:rPr>
        <w:t xml:space="preserve"> o </w:t>
      </w:r>
      <w:proofErr w:type="spellStart"/>
      <w:r w:rsidRPr="00A3458F">
        <w:rPr>
          <w:sz w:val="24"/>
          <w:szCs w:val="24"/>
        </w:rPr>
        <w:t>registro</w:t>
      </w:r>
      <w:proofErr w:type="spellEnd"/>
      <w:r w:rsidRPr="00A3458F">
        <w:rPr>
          <w:sz w:val="24"/>
          <w:szCs w:val="24"/>
        </w:rPr>
        <w:t xml:space="preserve">, </w:t>
      </w:r>
      <w:proofErr w:type="spellStart"/>
      <w:r w:rsidRPr="00A3458F">
        <w:rPr>
          <w:sz w:val="24"/>
          <w:szCs w:val="24"/>
        </w:rPr>
        <w:t>cuja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comunicação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deverá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ser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feita</w:t>
      </w:r>
      <w:proofErr w:type="spellEnd"/>
      <w:r w:rsidRPr="00A3458F">
        <w:rPr>
          <w:sz w:val="24"/>
          <w:szCs w:val="24"/>
        </w:rPr>
        <w:t xml:space="preserve"> para o e-mail ........ </w:t>
      </w:r>
    </w:p>
    <w:p w14:paraId="761D0B8D" w14:textId="77777777" w:rsidR="008F45FF" w:rsidRPr="00A3458F" w:rsidRDefault="008F45FF" w:rsidP="007D4D13">
      <w:pPr>
        <w:widowControl w:val="0"/>
        <w:tabs>
          <w:tab w:val="left" w:pos="1418"/>
        </w:tabs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53510573" w14:textId="77777777" w:rsidR="007D4D13" w:rsidRPr="00A3458F" w:rsidRDefault="007D4D13" w:rsidP="007D4D13">
      <w:pPr>
        <w:widowControl w:val="0"/>
        <w:tabs>
          <w:tab w:val="left" w:pos="1418"/>
        </w:tabs>
        <w:spacing w:after="0" w:line="360" w:lineRule="auto"/>
        <w:ind w:right="-714" w:firstLine="1418"/>
        <w:jc w:val="both"/>
        <w:rPr>
          <w:sz w:val="24"/>
          <w:szCs w:val="24"/>
        </w:rPr>
      </w:pPr>
      <w:proofErr w:type="spellStart"/>
      <w:r w:rsidRPr="00A3458F">
        <w:rPr>
          <w:sz w:val="24"/>
          <w:szCs w:val="24"/>
        </w:rPr>
        <w:t>Antevendo</w:t>
      </w:r>
      <w:proofErr w:type="spellEnd"/>
      <w:r w:rsidRPr="00A3458F">
        <w:rPr>
          <w:sz w:val="24"/>
          <w:szCs w:val="24"/>
        </w:rPr>
        <w:t xml:space="preserve"> a </w:t>
      </w:r>
      <w:proofErr w:type="spellStart"/>
      <w:r w:rsidRPr="00A3458F">
        <w:rPr>
          <w:sz w:val="24"/>
          <w:szCs w:val="24"/>
        </w:rPr>
        <w:t>costumeira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atenção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por</w:t>
      </w:r>
      <w:proofErr w:type="spellEnd"/>
      <w:r w:rsidRPr="00A3458F">
        <w:rPr>
          <w:sz w:val="24"/>
          <w:szCs w:val="24"/>
        </w:rPr>
        <w:t xml:space="preserve"> parte de </w:t>
      </w:r>
      <w:proofErr w:type="spellStart"/>
      <w:r w:rsidRPr="00A3458F">
        <w:rPr>
          <w:sz w:val="24"/>
          <w:szCs w:val="24"/>
        </w:rPr>
        <w:t>V.Sa</w:t>
      </w:r>
      <w:proofErr w:type="spellEnd"/>
      <w:r w:rsidRPr="00A3458F">
        <w:rPr>
          <w:sz w:val="24"/>
          <w:szCs w:val="24"/>
        </w:rPr>
        <w:t xml:space="preserve">. e </w:t>
      </w:r>
      <w:proofErr w:type="spellStart"/>
      <w:r w:rsidRPr="00A3458F">
        <w:rPr>
          <w:sz w:val="24"/>
          <w:szCs w:val="24"/>
        </w:rPr>
        <w:t>seus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dignos</w:t>
      </w:r>
      <w:proofErr w:type="spellEnd"/>
      <w:r w:rsidRPr="00A3458F">
        <w:rPr>
          <w:sz w:val="24"/>
          <w:szCs w:val="24"/>
        </w:rPr>
        <w:t xml:space="preserve"> pares, </w:t>
      </w:r>
      <w:proofErr w:type="spellStart"/>
      <w:r w:rsidRPr="00A3458F">
        <w:rPr>
          <w:sz w:val="24"/>
          <w:szCs w:val="24"/>
        </w:rPr>
        <w:t>subscrevemo-nos</w:t>
      </w:r>
      <w:proofErr w:type="spellEnd"/>
      <w:r w:rsidRPr="00A3458F">
        <w:rPr>
          <w:sz w:val="24"/>
          <w:szCs w:val="24"/>
        </w:rPr>
        <w:t xml:space="preserve"> com </w:t>
      </w:r>
      <w:proofErr w:type="spellStart"/>
      <w:r w:rsidRPr="00A3458F">
        <w:rPr>
          <w:sz w:val="24"/>
          <w:szCs w:val="24"/>
        </w:rPr>
        <w:t>elevada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estima</w:t>
      </w:r>
      <w:proofErr w:type="spellEnd"/>
      <w:r w:rsidRPr="00A3458F">
        <w:rPr>
          <w:sz w:val="24"/>
          <w:szCs w:val="24"/>
        </w:rPr>
        <w:t xml:space="preserve"> e </w:t>
      </w:r>
      <w:proofErr w:type="spellStart"/>
      <w:r w:rsidRPr="00A3458F">
        <w:rPr>
          <w:sz w:val="24"/>
          <w:szCs w:val="24"/>
        </w:rPr>
        <w:t>distinta</w:t>
      </w:r>
      <w:proofErr w:type="spellEnd"/>
      <w:r w:rsidRPr="00A3458F">
        <w:rPr>
          <w:sz w:val="24"/>
          <w:szCs w:val="24"/>
        </w:rPr>
        <w:t xml:space="preserve"> </w:t>
      </w:r>
      <w:proofErr w:type="spellStart"/>
      <w:r w:rsidRPr="00A3458F">
        <w:rPr>
          <w:sz w:val="24"/>
          <w:szCs w:val="24"/>
        </w:rPr>
        <w:t>consideração</w:t>
      </w:r>
      <w:proofErr w:type="spellEnd"/>
      <w:r w:rsidRPr="00A3458F">
        <w:rPr>
          <w:sz w:val="24"/>
          <w:szCs w:val="24"/>
        </w:rPr>
        <w:t xml:space="preserve">. </w:t>
      </w:r>
    </w:p>
    <w:p w14:paraId="664AF5E6" w14:textId="77777777" w:rsidR="008F45FF" w:rsidRPr="00A3458F" w:rsidRDefault="008F45FF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64C872B0" w14:textId="77777777" w:rsidR="007D4D13" w:rsidRPr="00A3458F" w:rsidRDefault="007D4D13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  <w:proofErr w:type="spellStart"/>
      <w:r w:rsidRPr="00A3458F">
        <w:rPr>
          <w:sz w:val="24"/>
          <w:szCs w:val="24"/>
        </w:rPr>
        <w:t>Atenciosamente</w:t>
      </w:r>
      <w:proofErr w:type="spellEnd"/>
      <w:r w:rsidRPr="00A3458F">
        <w:rPr>
          <w:sz w:val="24"/>
          <w:szCs w:val="24"/>
        </w:rPr>
        <w:t xml:space="preserve">, </w:t>
      </w:r>
    </w:p>
    <w:p w14:paraId="78E4A69F" w14:textId="77777777" w:rsidR="00ED1E54" w:rsidRPr="00A3458F" w:rsidRDefault="00ED1E54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76D9160C" w14:textId="77777777" w:rsidR="008F45FF" w:rsidRPr="00A3458F" w:rsidRDefault="008F45FF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012FC6F8" w14:textId="77777777" w:rsidR="008F45FF" w:rsidRPr="00A3458F" w:rsidRDefault="008F45FF" w:rsidP="007D4D13">
      <w:pPr>
        <w:widowControl w:val="0"/>
        <w:spacing w:after="0" w:line="360" w:lineRule="auto"/>
        <w:ind w:right="-714" w:firstLine="1418"/>
        <w:jc w:val="both"/>
        <w:rPr>
          <w:sz w:val="24"/>
          <w:szCs w:val="24"/>
        </w:rPr>
      </w:pPr>
    </w:p>
    <w:p w14:paraId="20F0CE45" w14:textId="77777777" w:rsidR="008F45FF" w:rsidRPr="00A3458F" w:rsidRDefault="008F45FF" w:rsidP="008F45FF">
      <w:pPr>
        <w:pStyle w:val="ecxwestern"/>
        <w:shd w:val="clear" w:color="auto" w:fill="FFFFFF"/>
        <w:spacing w:after="0" w:line="360" w:lineRule="auto"/>
        <w:jc w:val="center"/>
        <w:rPr>
          <w:rFonts w:asciiTheme="minorHAnsi" w:hAnsiTheme="minorHAnsi" w:cs="Tahoma"/>
        </w:rPr>
      </w:pPr>
      <w:r w:rsidRPr="00A3458F">
        <w:rPr>
          <w:rFonts w:asciiTheme="minorHAnsi" w:hAnsiTheme="minorHAnsi" w:cs="Tahoma"/>
        </w:rPr>
        <w:t>________________________________________</w:t>
      </w:r>
    </w:p>
    <w:p w14:paraId="5125ED0E" w14:textId="77777777" w:rsidR="008F45FF" w:rsidRPr="00A3458F" w:rsidRDefault="008F45FF" w:rsidP="008F45FF">
      <w:pPr>
        <w:pStyle w:val="ecxwestern"/>
        <w:shd w:val="clear" w:color="auto" w:fill="FFFFFF"/>
        <w:spacing w:after="0" w:line="360" w:lineRule="auto"/>
        <w:jc w:val="center"/>
        <w:rPr>
          <w:rFonts w:asciiTheme="minorHAnsi" w:eastAsiaTheme="minorEastAsia" w:hAnsiTheme="minorHAnsi" w:cstheme="minorBidi"/>
          <w:b/>
          <w:bCs/>
          <w:lang w:eastAsia="pt-BR"/>
        </w:rPr>
      </w:pPr>
      <w:r w:rsidRPr="00A3458F">
        <w:rPr>
          <w:rFonts w:asciiTheme="minorHAnsi" w:eastAsiaTheme="minorEastAsia" w:hAnsiTheme="minorHAnsi" w:cstheme="minorBidi"/>
          <w:b/>
          <w:bCs/>
          <w:lang w:eastAsia="pt-BR"/>
        </w:rPr>
        <w:t>CANDIDATA ...</w:t>
      </w:r>
    </w:p>
    <w:p w14:paraId="37041C13" w14:textId="77777777" w:rsidR="008F45FF" w:rsidRPr="00A3458F" w:rsidRDefault="008F45FF" w:rsidP="008F45FF">
      <w:pPr>
        <w:widowControl w:val="0"/>
        <w:spacing w:after="0" w:line="360" w:lineRule="auto"/>
        <w:ind w:right="-714"/>
        <w:jc w:val="center"/>
        <w:rPr>
          <w:sz w:val="24"/>
          <w:szCs w:val="24"/>
        </w:rPr>
      </w:pPr>
    </w:p>
    <w:sectPr w:rsidR="008F45FF" w:rsidRPr="00A3458F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4BFF6D" w14:textId="77777777" w:rsidR="0099455A" w:rsidRDefault="0099455A" w:rsidP="00D57414">
      <w:pPr>
        <w:spacing w:after="0" w:line="240" w:lineRule="auto"/>
      </w:pPr>
      <w:r>
        <w:separator/>
      </w:r>
    </w:p>
  </w:endnote>
  <w:endnote w:type="continuationSeparator" w:id="0">
    <w:p w14:paraId="45A2EFBD" w14:textId="77777777" w:rsidR="0099455A" w:rsidRDefault="0099455A" w:rsidP="00D57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Black">
    <w:altName w:val="Times New Roman"/>
    <w:charset w:val="00"/>
    <w:family w:val="roman"/>
    <w:pitch w:val="variable"/>
    <w:sig w:usb0="800002AF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E758A" w14:textId="77777777" w:rsidR="00D57414" w:rsidRDefault="00D57414" w:rsidP="00ED1D11">
    <w:pPr>
      <w:pStyle w:val="Cabealho"/>
      <w:pBdr>
        <w:bottom w:val="single" w:sz="12" w:space="1" w:color="auto"/>
      </w:pBdr>
      <w:ind w:right="-716"/>
      <w:jc w:val="right"/>
      <w:rPr>
        <w:rFonts w:ascii="Ebrima" w:hAnsi="Ebrima"/>
        <w:sz w:val="20"/>
        <w:szCs w:val="20"/>
      </w:rPr>
    </w:pPr>
  </w:p>
  <w:p w14:paraId="2CA0023B" w14:textId="77777777" w:rsidR="00D57414" w:rsidRDefault="00D57414" w:rsidP="00ED1D11">
    <w:pPr>
      <w:pStyle w:val="Cabealho"/>
      <w:ind w:right="-716"/>
      <w:jc w:val="right"/>
      <w:rPr>
        <w:rFonts w:ascii="Ebrima" w:hAnsi="Ebrima"/>
        <w:sz w:val="20"/>
        <w:szCs w:val="20"/>
      </w:rPr>
    </w:pPr>
    <w:r>
      <w:rPr>
        <w:rFonts w:ascii="Ebrima" w:hAnsi="Ebrima"/>
        <w:sz w:val="20"/>
        <w:szCs w:val="20"/>
      </w:rPr>
      <w:t>Av. Dep. Jame</w:t>
    </w:r>
    <w:r w:rsidR="00ED1D11">
      <w:rPr>
        <w:rFonts w:ascii="Ebrima" w:hAnsi="Ebrima"/>
        <w:sz w:val="20"/>
        <w:szCs w:val="20"/>
      </w:rPr>
      <w:t>l Cecilio, n. 3.455, sala 1602,</w:t>
    </w:r>
  </w:p>
  <w:p w14:paraId="118255C5" w14:textId="77777777" w:rsidR="00D57414" w:rsidRDefault="00D57414" w:rsidP="00ED1D11">
    <w:pPr>
      <w:pStyle w:val="Cabealho"/>
      <w:ind w:right="-716"/>
      <w:jc w:val="right"/>
      <w:rPr>
        <w:rFonts w:ascii="Ebrima" w:hAnsi="Ebrima"/>
        <w:sz w:val="20"/>
        <w:szCs w:val="20"/>
      </w:rPr>
    </w:pPr>
    <w:r>
      <w:rPr>
        <w:rFonts w:ascii="Ebrima" w:hAnsi="Ebrima"/>
        <w:sz w:val="20"/>
        <w:szCs w:val="20"/>
      </w:rPr>
      <w:t>Ed. Flamboyant Park Business, Jardim Goiás - Goiânia – GO</w:t>
    </w:r>
  </w:p>
  <w:p w14:paraId="50213338" w14:textId="77777777" w:rsidR="00D57414" w:rsidRDefault="00D57414" w:rsidP="00ED1D11">
    <w:pPr>
      <w:pStyle w:val="Cabealho"/>
      <w:ind w:right="-716"/>
      <w:jc w:val="right"/>
    </w:pPr>
    <w:r>
      <w:t>www.abmcj.ong.br</w:t>
    </w:r>
  </w:p>
  <w:p w14:paraId="24B6BE37" w14:textId="77777777" w:rsidR="00D57414" w:rsidRDefault="00D57414" w:rsidP="00ED1D11">
    <w:pPr>
      <w:pStyle w:val="Rodap"/>
      <w:ind w:right="-716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32CE7B" w14:textId="77777777" w:rsidR="0099455A" w:rsidRDefault="0099455A" w:rsidP="00D57414">
      <w:pPr>
        <w:spacing w:after="0" w:line="240" w:lineRule="auto"/>
      </w:pPr>
      <w:r>
        <w:separator/>
      </w:r>
    </w:p>
  </w:footnote>
  <w:footnote w:type="continuationSeparator" w:id="0">
    <w:p w14:paraId="246F2697" w14:textId="77777777" w:rsidR="0099455A" w:rsidRDefault="0099455A" w:rsidP="00D57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A7654" w14:textId="77777777" w:rsidR="00D57414" w:rsidRDefault="00D57414" w:rsidP="00D57414">
    <w:pPr>
      <w:pStyle w:val="Cabealho"/>
      <w:jc w:val="right"/>
      <w:rPr>
        <w:noProof/>
      </w:rPr>
    </w:pPr>
  </w:p>
  <w:p w14:paraId="40CA57DF" w14:textId="77777777" w:rsidR="00D57414" w:rsidRDefault="00D57414" w:rsidP="00D57414">
    <w:pPr>
      <w:pStyle w:val="Cabealho"/>
      <w:ind w:right="-716"/>
      <w:jc w:val="right"/>
      <w:rPr>
        <w:rFonts w:ascii="Ebrima" w:hAnsi="Ebrima"/>
        <w:color w:val="265343"/>
        <w:sz w:val="20"/>
        <w:szCs w:val="20"/>
      </w:rPr>
    </w:pPr>
    <w:r>
      <w:rPr>
        <w:noProof/>
        <w:lang w:val="pt-BR" w:eastAsia="pt-BR"/>
      </w:rPr>
      <w:drawing>
        <wp:anchor distT="0" distB="0" distL="114300" distR="114300" simplePos="0" relativeHeight="251658240" behindDoc="0" locked="0" layoutInCell="1" allowOverlap="1" wp14:anchorId="70901EC6" wp14:editId="63F97F66">
          <wp:simplePos x="0" y="0"/>
          <wp:positionH relativeFrom="column">
            <wp:posOffset>-346710</wp:posOffset>
          </wp:positionH>
          <wp:positionV relativeFrom="paragraph">
            <wp:posOffset>-230505</wp:posOffset>
          </wp:positionV>
          <wp:extent cx="876300" cy="1008380"/>
          <wp:effectExtent l="0" t="0" r="0" b="127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m 1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1008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           </w:t>
    </w:r>
    <w:r w:rsidRPr="008D1036">
      <w:rPr>
        <w:rFonts w:ascii="Ebrima" w:hAnsi="Ebrima"/>
        <w:color w:val="265343"/>
        <w:sz w:val="20"/>
        <w:szCs w:val="20"/>
      </w:rPr>
      <w:t>ASSOCIAÇÃO BRASILEIRA DAS MULHERES DE CARREIRA JURÍDICA</w:t>
    </w:r>
  </w:p>
  <w:p w14:paraId="2D99DA4F" w14:textId="77777777" w:rsidR="00D57414" w:rsidRDefault="00D57414" w:rsidP="00D57414">
    <w:pPr>
      <w:pStyle w:val="Cabealho"/>
      <w:tabs>
        <w:tab w:val="clear" w:pos="9360"/>
        <w:tab w:val="right" w:pos="9356"/>
      </w:tabs>
      <w:ind w:right="-716"/>
      <w:jc w:val="right"/>
      <w:rPr>
        <w:rFonts w:ascii="Ebrima" w:hAnsi="Ebrima"/>
        <w:bCs/>
        <w:sz w:val="21"/>
        <w:szCs w:val="21"/>
      </w:rPr>
    </w:pPr>
    <w:r>
      <w:rPr>
        <w:rFonts w:ascii="Ebrima" w:hAnsi="Ebrima"/>
        <w:bCs/>
        <w:sz w:val="21"/>
        <w:szCs w:val="21"/>
      </w:rPr>
      <w:t xml:space="preserve">                      </w:t>
    </w:r>
    <w:proofErr w:type="spellStart"/>
    <w:r>
      <w:rPr>
        <w:rFonts w:ascii="Ebrima" w:hAnsi="Ebrima"/>
        <w:bCs/>
        <w:sz w:val="21"/>
        <w:szCs w:val="21"/>
      </w:rPr>
      <w:t>Filiada</w:t>
    </w:r>
    <w:proofErr w:type="spellEnd"/>
    <w:r>
      <w:rPr>
        <w:rFonts w:ascii="Ebrima" w:hAnsi="Ebrima"/>
        <w:bCs/>
        <w:sz w:val="21"/>
        <w:szCs w:val="21"/>
      </w:rPr>
      <w:t xml:space="preserve"> a </w:t>
    </w:r>
    <w:proofErr w:type="spellStart"/>
    <w:r>
      <w:rPr>
        <w:rFonts w:ascii="Ebrima" w:hAnsi="Ebrima"/>
        <w:bCs/>
        <w:sz w:val="21"/>
        <w:szCs w:val="21"/>
      </w:rPr>
      <w:t>Fédération</w:t>
    </w:r>
    <w:proofErr w:type="spellEnd"/>
    <w:r>
      <w:rPr>
        <w:rFonts w:ascii="Ebrima" w:hAnsi="Ebrima"/>
        <w:bCs/>
        <w:sz w:val="21"/>
        <w:szCs w:val="21"/>
      </w:rPr>
      <w:t xml:space="preserve"> International des Femmes </w:t>
    </w:r>
    <w:proofErr w:type="spellStart"/>
    <w:r>
      <w:rPr>
        <w:rFonts w:ascii="Ebrima" w:hAnsi="Ebrima"/>
        <w:bCs/>
        <w:sz w:val="21"/>
        <w:szCs w:val="21"/>
      </w:rPr>
      <w:t>dês</w:t>
    </w:r>
    <w:proofErr w:type="spellEnd"/>
    <w:r>
      <w:rPr>
        <w:rFonts w:ascii="Ebrima" w:hAnsi="Ebrima"/>
        <w:bCs/>
        <w:sz w:val="21"/>
        <w:szCs w:val="21"/>
      </w:rPr>
      <w:t xml:space="preserve"> </w:t>
    </w:r>
    <w:proofErr w:type="spellStart"/>
    <w:r>
      <w:rPr>
        <w:rFonts w:ascii="Ebrima" w:hAnsi="Ebrima"/>
        <w:bCs/>
        <w:sz w:val="21"/>
        <w:szCs w:val="21"/>
      </w:rPr>
      <w:t>Carrières</w:t>
    </w:r>
    <w:proofErr w:type="spellEnd"/>
    <w:r>
      <w:rPr>
        <w:rFonts w:ascii="Ebrima" w:hAnsi="Ebrima"/>
        <w:bCs/>
        <w:sz w:val="21"/>
        <w:szCs w:val="21"/>
      </w:rPr>
      <w:t xml:space="preserve"> </w:t>
    </w:r>
    <w:proofErr w:type="spellStart"/>
    <w:r>
      <w:rPr>
        <w:rFonts w:ascii="Ebrima" w:hAnsi="Ebrima"/>
        <w:bCs/>
        <w:sz w:val="21"/>
        <w:szCs w:val="21"/>
      </w:rPr>
      <w:t>Juridiques</w:t>
    </w:r>
    <w:proofErr w:type="spellEnd"/>
  </w:p>
  <w:p w14:paraId="0258C971" w14:textId="77777777" w:rsidR="00D57414" w:rsidRDefault="00D57414" w:rsidP="00D57414">
    <w:pPr>
      <w:pStyle w:val="Cabealho"/>
      <w:rPr>
        <w:rFonts w:ascii="Ebrima" w:hAnsi="Ebrima"/>
        <w:bCs/>
        <w:sz w:val="21"/>
        <w:szCs w:val="21"/>
      </w:rPr>
    </w:pPr>
  </w:p>
  <w:p w14:paraId="2334A522" w14:textId="77777777" w:rsidR="00D57414" w:rsidRDefault="00D57414" w:rsidP="00D57414">
    <w:pPr>
      <w:pStyle w:val="Cabealho"/>
      <w:rPr>
        <w:rFonts w:ascii="Ebrima" w:hAnsi="Ebrima"/>
        <w:bCs/>
        <w:sz w:val="21"/>
        <w:szCs w:val="21"/>
      </w:rPr>
    </w:pPr>
  </w:p>
  <w:p w14:paraId="35AFBBDB" w14:textId="77777777" w:rsidR="00D57414" w:rsidRDefault="00D57414" w:rsidP="00D57414">
    <w:pPr>
      <w:pStyle w:val="Cabealho"/>
    </w:pPr>
  </w:p>
  <w:p w14:paraId="31C69B5F" w14:textId="77777777" w:rsidR="00D57414" w:rsidRDefault="00D5741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1A23B1"/>
    <w:multiLevelType w:val="hybridMultilevel"/>
    <w:tmpl w:val="559011A4"/>
    <w:lvl w:ilvl="0" w:tplc="0416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048579E"/>
    <w:multiLevelType w:val="hybridMultilevel"/>
    <w:tmpl w:val="E3D605E6"/>
    <w:lvl w:ilvl="0" w:tplc="814A97D8">
      <w:start w:val="5"/>
      <w:numFmt w:val="bullet"/>
      <w:lvlText w:val="-"/>
      <w:lvlJc w:val="left"/>
      <w:pPr>
        <w:ind w:left="720" w:hanging="360"/>
      </w:pPr>
      <w:rPr>
        <w:rFonts w:ascii="Cambria" w:eastAsia="Times New Roman" w:hAnsi="Cambria" w:cs="Calibri Light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46A54"/>
    <w:rsid w:val="0015074B"/>
    <w:rsid w:val="001802EE"/>
    <w:rsid w:val="002038DA"/>
    <w:rsid w:val="002360F8"/>
    <w:rsid w:val="0029639D"/>
    <w:rsid w:val="002A70C2"/>
    <w:rsid w:val="00326F90"/>
    <w:rsid w:val="0036207C"/>
    <w:rsid w:val="00480986"/>
    <w:rsid w:val="004B52EB"/>
    <w:rsid w:val="00557AD1"/>
    <w:rsid w:val="005C225F"/>
    <w:rsid w:val="00651F4A"/>
    <w:rsid w:val="00703E2E"/>
    <w:rsid w:val="007555F5"/>
    <w:rsid w:val="007D4D13"/>
    <w:rsid w:val="008F45FF"/>
    <w:rsid w:val="00913472"/>
    <w:rsid w:val="00934668"/>
    <w:rsid w:val="0099455A"/>
    <w:rsid w:val="009C0386"/>
    <w:rsid w:val="00A3458F"/>
    <w:rsid w:val="00A8062E"/>
    <w:rsid w:val="00AA1D8D"/>
    <w:rsid w:val="00B47730"/>
    <w:rsid w:val="00B662DC"/>
    <w:rsid w:val="00BD6FFE"/>
    <w:rsid w:val="00C01707"/>
    <w:rsid w:val="00CB0664"/>
    <w:rsid w:val="00CE7FB8"/>
    <w:rsid w:val="00D57414"/>
    <w:rsid w:val="00D931B6"/>
    <w:rsid w:val="00DF60EF"/>
    <w:rsid w:val="00E631E7"/>
    <w:rsid w:val="00ED1D11"/>
    <w:rsid w:val="00ED1E54"/>
    <w:rsid w:val="00ED6FC9"/>
    <w:rsid w:val="00F0657A"/>
    <w:rsid w:val="00F53207"/>
    <w:rsid w:val="00FB374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F62AA3"/>
  <w14:defaultImageDpi w14:val="300"/>
  <w15:docId w15:val="{374C575E-9580-46FE-BD50-F094996B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D57414"/>
    <w:pPr>
      <w:spacing w:after="0" w:line="240" w:lineRule="auto"/>
    </w:pPr>
    <w:rPr>
      <w:rFonts w:ascii="Segoe UI" w:hAnsi="Segoe UI" w:cs="Segoe UI"/>
      <w:sz w:val="18"/>
      <w:szCs w:val="18"/>
      <w:lang w:val="pt-BR" w:eastAsia="pt-BR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7414"/>
    <w:rPr>
      <w:rFonts w:ascii="Segoe UI" w:hAnsi="Segoe UI" w:cs="Segoe UI"/>
      <w:sz w:val="18"/>
      <w:szCs w:val="18"/>
      <w:lang w:val="pt-BR" w:eastAsia="pt-BR"/>
    </w:rPr>
  </w:style>
  <w:style w:type="character" w:styleId="Hyperlink">
    <w:name w:val="Hyperlink"/>
    <w:basedOn w:val="Fontepargpadro"/>
    <w:uiPriority w:val="99"/>
    <w:unhideWhenUsed/>
    <w:rsid w:val="007D4D13"/>
    <w:rPr>
      <w:color w:val="0000FF" w:themeColor="hyperlink"/>
      <w:u w:val="single"/>
    </w:rPr>
  </w:style>
  <w:style w:type="paragraph" w:customStyle="1" w:styleId="ecxwestern">
    <w:name w:val="ecxwestern"/>
    <w:basedOn w:val="Normal"/>
    <w:rsid w:val="008F45FF"/>
    <w:pPr>
      <w:suppressAutoHyphens/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val="pt-BR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eicaoabmcj202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C8340B0-A036-493D-9CF3-A935ED90C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8</Pages>
  <Words>561</Words>
  <Characters>3031</Characters>
  <Application>Microsoft Office Word</Application>
  <DocSecurity>0</DocSecurity>
  <Lines>25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3585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LENOVO</cp:lastModifiedBy>
  <cp:revision>4</cp:revision>
  <dcterms:created xsi:type="dcterms:W3CDTF">2025-10-05T21:17:00Z</dcterms:created>
  <dcterms:modified xsi:type="dcterms:W3CDTF">2025-10-06T14:39:00Z</dcterms:modified>
  <cp:category/>
</cp:coreProperties>
</file>