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0B56FD" w14:textId="470F32E2" w:rsidR="002A70C2" w:rsidRPr="001A3EA4" w:rsidRDefault="002A70C2" w:rsidP="002A70C2">
      <w:pPr>
        <w:widowControl w:val="0"/>
        <w:spacing w:after="0" w:line="360" w:lineRule="auto"/>
        <w:ind w:right="-716"/>
        <w:jc w:val="center"/>
        <w:rPr>
          <w:rFonts w:ascii="Georgia Pro Black" w:hAnsi="Georgia Pro Black"/>
          <w:bCs/>
          <w:sz w:val="24"/>
          <w:szCs w:val="24"/>
        </w:rPr>
      </w:pPr>
      <w:r w:rsidRPr="001A3EA4">
        <w:rPr>
          <w:rFonts w:ascii="Georgia Pro Black" w:hAnsi="Georgia Pro Black"/>
          <w:bCs/>
          <w:sz w:val="24"/>
          <w:szCs w:val="24"/>
        </w:rPr>
        <w:t>ANEXO I</w:t>
      </w:r>
      <w:r w:rsidR="001A3EA4" w:rsidRPr="001A3EA4">
        <w:rPr>
          <w:rFonts w:ascii="Georgia Pro Black" w:hAnsi="Georgia Pro Black"/>
          <w:bCs/>
          <w:sz w:val="24"/>
          <w:szCs w:val="24"/>
        </w:rPr>
        <w:t>I</w:t>
      </w:r>
    </w:p>
    <w:p w14:paraId="1E690107" w14:textId="77777777" w:rsidR="002A70C2" w:rsidRPr="002A70C2" w:rsidRDefault="002A70C2" w:rsidP="002A70C2">
      <w:pPr>
        <w:widowControl w:val="0"/>
        <w:spacing w:after="0" w:line="360" w:lineRule="auto"/>
        <w:ind w:right="-716"/>
        <w:jc w:val="center"/>
        <w:rPr>
          <w:rFonts w:ascii="Georgia Pro Black" w:hAnsi="Georgia Pro Black"/>
          <w:b/>
          <w:sz w:val="24"/>
          <w:szCs w:val="24"/>
        </w:rPr>
      </w:pPr>
    </w:p>
    <w:p w14:paraId="211F5EF2" w14:textId="77777777" w:rsidR="002A70C2" w:rsidRDefault="002A70C2" w:rsidP="007D4D13">
      <w:pPr>
        <w:widowControl w:val="0"/>
        <w:spacing w:after="0" w:line="360" w:lineRule="auto"/>
        <w:ind w:right="-716"/>
        <w:jc w:val="both"/>
        <w:rPr>
          <w:rFonts w:ascii="Calibri" w:hAnsi="Calibri"/>
          <w:b/>
          <w:sz w:val="24"/>
          <w:szCs w:val="24"/>
        </w:rPr>
      </w:pPr>
    </w:p>
    <w:p w14:paraId="3C483F6B" w14:textId="77777777" w:rsidR="001A3EA4" w:rsidRDefault="001A3EA4" w:rsidP="007D4D13">
      <w:pPr>
        <w:widowControl w:val="0"/>
        <w:spacing w:after="0" w:line="360" w:lineRule="auto"/>
        <w:ind w:right="-716"/>
        <w:jc w:val="both"/>
        <w:rPr>
          <w:rFonts w:ascii="Calibri" w:hAnsi="Calibri"/>
          <w:b/>
          <w:sz w:val="24"/>
          <w:szCs w:val="24"/>
        </w:rPr>
      </w:pPr>
    </w:p>
    <w:p w14:paraId="6C76F161" w14:textId="77293023" w:rsidR="001A3EA4" w:rsidRDefault="001A3EA4" w:rsidP="00A7682A">
      <w:pPr>
        <w:widowControl w:val="0"/>
        <w:spacing w:after="0" w:line="360" w:lineRule="auto"/>
        <w:ind w:right="-716"/>
        <w:jc w:val="center"/>
        <w:rPr>
          <w:rFonts w:ascii="Congenial Black" w:hAnsi="Congenial Black"/>
          <w:b/>
          <w:sz w:val="24"/>
          <w:szCs w:val="24"/>
        </w:rPr>
      </w:pPr>
    </w:p>
    <w:p w14:paraId="6C02339A" w14:textId="488CB77F" w:rsidR="00A7682A" w:rsidRDefault="00A7682A" w:rsidP="00A7682A">
      <w:pPr>
        <w:widowControl w:val="0"/>
        <w:spacing w:after="0" w:line="360" w:lineRule="auto"/>
        <w:ind w:right="-716"/>
        <w:jc w:val="center"/>
        <w:rPr>
          <w:rFonts w:ascii="Arial Black" w:hAnsi="Arial Black"/>
          <w:b/>
          <w:sz w:val="24"/>
          <w:szCs w:val="24"/>
        </w:rPr>
      </w:pPr>
      <w:r w:rsidRPr="003701A7">
        <w:rPr>
          <w:rFonts w:ascii="Arial Black" w:hAnsi="Arial Black"/>
          <w:b/>
          <w:sz w:val="24"/>
          <w:szCs w:val="24"/>
        </w:rPr>
        <w:t>DECLARAÇÃO DE FILIAÇÃO E REGULA</w:t>
      </w:r>
      <w:r w:rsidR="003701A7" w:rsidRPr="003701A7">
        <w:rPr>
          <w:rFonts w:ascii="Arial Black" w:hAnsi="Arial Black"/>
          <w:b/>
          <w:sz w:val="24"/>
          <w:szCs w:val="24"/>
        </w:rPr>
        <w:t xml:space="preserve">RIDADE FINANCEIRA  </w:t>
      </w:r>
    </w:p>
    <w:p w14:paraId="677CFE66" w14:textId="77777777" w:rsidR="003701A7" w:rsidRDefault="003701A7" w:rsidP="00A7682A">
      <w:pPr>
        <w:widowControl w:val="0"/>
        <w:spacing w:after="0" w:line="360" w:lineRule="auto"/>
        <w:ind w:right="-716"/>
        <w:jc w:val="center"/>
        <w:rPr>
          <w:rFonts w:ascii="Arial Black" w:hAnsi="Arial Black"/>
          <w:b/>
          <w:sz w:val="24"/>
          <w:szCs w:val="24"/>
        </w:rPr>
      </w:pPr>
    </w:p>
    <w:p w14:paraId="315CBE71" w14:textId="77777777" w:rsidR="003701A7" w:rsidRDefault="003701A7" w:rsidP="00A7682A">
      <w:pPr>
        <w:widowControl w:val="0"/>
        <w:spacing w:after="0" w:line="360" w:lineRule="auto"/>
        <w:ind w:right="-716"/>
        <w:jc w:val="center"/>
        <w:rPr>
          <w:rFonts w:ascii="Arial Black" w:hAnsi="Arial Black"/>
          <w:b/>
          <w:sz w:val="24"/>
          <w:szCs w:val="24"/>
        </w:rPr>
      </w:pPr>
    </w:p>
    <w:p w14:paraId="5BF8DBCF" w14:textId="04670258" w:rsidR="003701A7" w:rsidRDefault="007641B1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  <w:r w:rsidRPr="006A46AF">
        <w:rPr>
          <w:rFonts w:ascii="Cambria Math" w:hAnsi="Cambria Math"/>
          <w:bCs/>
          <w:sz w:val="24"/>
          <w:szCs w:val="24"/>
        </w:rPr>
        <w:t xml:space="preserve">A </w:t>
      </w:r>
      <w:r w:rsidRPr="006A46AF">
        <w:rPr>
          <w:rFonts w:ascii="Cambria Math" w:hAnsi="Cambria Math"/>
          <w:b/>
          <w:sz w:val="24"/>
          <w:szCs w:val="24"/>
        </w:rPr>
        <w:t>ASSOCIAÇÃO BRASILEIRA DE MULHERES DE CARREIRA JURÍDICA</w:t>
      </w:r>
      <w:r w:rsidRPr="006A46AF">
        <w:rPr>
          <w:rFonts w:ascii="Cambria Math" w:hAnsi="Cambria Math"/>
          <w:bCs/>
          <w:sz w:val="24"/>
          <w:szCs w:val="24"/>
        </w:rPr>
        <w:t xml:space="preserve"> – </w:t>
      </w:r>
      <w:proofErr w:type="spellStart"/>
      <w:r w:rsidRPr="006A46AF">
        <w:rPr>
          <w:rFonts w:ascii="Cambria Math" w:hAnsi="Cambria Math"/>
          <w:b/>
          <w:sz w:val="24"/>
          <w:szCs w:val="24"/>
        </w:rPr>
        <w:t>Comissão</w:t>
      </w:r>
      <w:proofErr w:type="spellEnd"/>
      <w:r w:rsidRPr="006A46AF">
        <w:rPr>
          <w:rFonts w:ascii="Cambria Math" w:hAnsi="Cambria Math"/>
          <w:b/>
          <w:sz w:val="24"/>
          <w:szCs w:val="24"/>
        </w:rPr>
        <w:t xml:space="preserve"> </w:t>
      </w:r>
      <w:proofErr w:type="spellStart"/>
      <w:r w:rsidRPr="006A46AF">
        <w:rPr>
          <w:rFonts w:ascii="Cambria Math" w:hAnsi="Cambria Math"/>
          <w:b/>
          <w:sz w:val="24"/>
          <w:szCs w:val="24"/>
        </w:rPr>
        <w:t>Estadual</w:t>
      </w:r>
      <w:proofErr w:type="spellEnd"/>
      <w:r w:rsidRPr="006A46AF">
        <w:rPr>
          <w:rFonts w:ascii="Cambria Math" w:hAnsi="Cambria Math"/>
          <w:bCs/>
          <w:sz w:val="24"/>
          <w:szCs w:val="24"/>
        </w:rPr>
        <w:t xml:space="preserve"> </w:t>
      </w:r>
      <w:r w:rsidRPr="006A46AF">
        <w:rPr>
          <w:rFonts w:ascii="Cambria Math" w:hAnsi="Cambria Math"/>
          <w:b/>
          <w:sz w:val="24"/>
          <w:szCs w:val="24"/>
        </w:rPr>
        <w:t>do ________</w:t>
      </w:r>
      <w:r w:rsidR="00590CC4">
        <w:rPr>
          <w:rFonts w:ascii="Cambria Math" w:hAnsi="Cambria Math"/>
          <w:b/>
          <w:sz w:val="24"/>
          <w:szCs w:val="24"/>
        </w:rPr>
        <w:t xml:space="preserve">, </w:t>
      </w:r>
      <w:proofErr w:type="spellStart"/>
      <w:r w:rsidR="00411BD1" w:rsidRPr="006A46AF">
        <w:rPr>
          <w:rFonts w:ascii="Cambria Math" w:hAnsi="Cambria Math"/>
          <w:bCs/>
          <w:sz w:val="24"/>
          <w:szCs w:val="24"/>
        </w:rPr>
        <w:t>inscrita</w:t>
      </w:r>
      <w:proofErr w:type="spellEnd"/>
      <w:r w:rsidR="00411BD1" w:rsidRPr="006A46AF">
        <w:rPr>
          <w:rFonts w:ascii="Cambria Math" w:hAnsi="Cambria Math"/>
          <w:bCs/>
          <w:sz w:val="24"/>
          <w:szCs w:val="24"/>
        </w:rPr>
        <w:t xml:space="preserve"> no CNPJ ____________________________________________________, </w:t>
      </w:r>
      <w:proofErr w:type="spellStart"/>
      <w:r w:rsidR="006A46AF" w:rsidRPr="006A46AF">
        <w:rPr>
          <w:rFonts w:ascii="Cambria Math" w:hAnsi="Cambria Math"/>
          <w:bCs/>
          <w:sz w:val="24"/>
          <w:szCs w:val="24"/>
        </w:rPr>
        <w:t>por</w:t>
      </w:r>
      <w:proofErr w:type="spellEnd"/>
      <w:r w:rsidR="006A46AF" w:rsidRPr="006A46AF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6A46AF" w:rsidRPr="006A46AF">
        <w:rPr>
          <w:rFonts w:ascii="Cambria Math" w:hAnsi="Cambria Math"/>
          <w:bCs/>
          <w:sz w:val="24"/>
          <w:szCs w:val="24"/>
        </w:rPr>
        <w:t>meio</w:t>
      </w:r>
      <w:proofErr w:type="spellEnd"/>
      <w:r w:rsidR="006A46AF" w:rsidRPr="006A46AF">
        <w:rPr>
          <w:rFonts w:ascii="Cambria Math" w:hAnsi="Cambria Math"/>
          <w:bCs/>
          <w:sz w:val="24"/>
          <w:szCs w:val="24"/>
        </w:rPr>
        <w:t xml:space="preserve"> de </w:t>
      </w:r>
      <w:proofErr w:type="spellStart"/>
      <w:r w:rsidR="006A46AF" w:rsidRPr="006A46AF">
        <w:rPr>
          <w:rFonts w:ascii="Cambria Math" w:hAnsi="Cambria Math"/>
          <w:bCs/>
          <w:sz w:val="24"/>
          <w:szCs w:val="24"/>
        </w:rPr>
        <w:t>sua</w:t>
      </w:r>
      <w:proofErr w:type="spellEnd"/>
      <w:r w:rsidR="006A46AF" w:rsidRPr="006A46AF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6A46AF" w:rsidRPr="006A46AF">
        <w:rPr>
          <w:rFonts w:ascii="Cambria Math" w:hAnsi="Cambria Math"/>
          <w:bCs/>
          <w:sz w:val="24"/>
          <w:szCs w:val="24"/>
        </w:rPr>
        <w:t>Diretora</w:t>
      </w:r>
      <w:proofErr w:type="spellEnd"/>
      <w:r w:rsidR="006A46AF" w:rsidRPr="006A46AF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6A46AF" w:rsidRPr="006A46AF">
        <w:rPr>
          <w:rFonts w:ascii="Cambria Math" w:hAnsi="Cambria Math"/>
          <w:bCs/>
          <w:sz w:val="24"/>
          <w:szCs w:val="24"/>
        </w:rPr>
        <w:t>Tesoureira</w:t>
      </w:r>
      <w:proofErr w:type="spellEnd"/>
      <w:r w:rsidR="006A46AF" w:rsidRPr="006A46AF">
        <w:rPr>
          <w:rFonts w:ascii="Cambria Math" w:hAnsi="Cambria Math"/>
          <w:bCs/>
          <w:sz w:val="24"/>
          <w:szCs w:val="24"/>
        </w:rPr>
        <w:t>, Dra. ________________________________________________</w:t>
      </w:r>
      <w:r w:rsidR="00590CC4">
        <w:rPr>
          <w:rFonts w:ascii="Cambria Math" w:hAnsi="Cambria Math"/>
          <w:bCs/>
          <w:sz w:val="24"/>
          <w:szCs w:val="24"/>
        </w:rPr>
        <w:t xml:space="preserve">, </w:t>
      </w:r>
      <w:r w:rsidR="00590CC4" w:rsidRPr="006D4FBE">
        <w:rPr>
          <w:rFonts w:ascii="Cambria Math" w:hAnsi="Cambria Math"/>
          <w:b/>
          <w:sz w:val="24"/>
          <w:szCs w:val="24"/>
        </w:rPr>
        <w:t>DECLARA</w:t>
      </w:r>
      <w:r w:rsidR="00590CC4">
        <w:rPr>
          <w:rFonts w:ascii="Cambria Math" w:hAnsi="Cambria Math"/>
          <w:bCs/>
          <w:sz w:val="24"/>
          <w:szCs w:val="24"/>
        </w:rPr>
        <w:t xml:space="preserve">, para </w:t>
      </w:r>
      <w:proofErr w:type="spellStart"/>
      <w:r w:rsidR="00590CC4">
        <w:rPr>
          <w:rFonts w:ascii="Cambria Math" w:hAnsi="Cambria Math"/>
          <w:bCs/>
          <w:sz w:val="24"/>
          <w:szCs w:val="24"/>
        </w:rPr>
        <w:t>os</w:t>
      </w:r>
      <w:proofErr w:type="spellEnd"/>
      <w:r w:rsidR="00590CC4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590CC4">
        <w:rPr>
          <w:rFonts w:ascii="Cambria Math" w:hAnsi="Cambria Math"/>
          <w:bCs/>
          <w:sz w:val="24"/>
          <w:szCs w:val="24"/>
        </w:rPr>
        <w:t>devidos</w:t>
      </w:r>
      <w:proofErr w:type="spellEnd"/>
      <w:r w:rsidR="00590CC4">
        <w:rPr>
          <w:rFonts w:ascii="Cambria Math" w:hAnsi="Cambria Math"/>
          <w:bCs/>
          <w:sz w:val="24"/>
          <w:szCs w:val="24"/>
        </w:rPr>
        <w:t xml:space="preserve"> fins</w:t>
      </w:r>
      <w:r w:rsidR="00E1181E">
        <w:rPr>
          <w:rFonts w:ascii="Cambria Math" w:hAnsi="Cambria Math"/>
          <w:bCs/>
          <w:sz w:val="24"/>
          <w:szCs w:val="24"/>
        </w:rPr>
        <w:t xml:space="preserve">, que a </w:t>
      </w:r>
      <w:proofErr w:type="spellStart"/>
      <w:r w:rsidR="00E1181E">
        <w:rPr>
          <w:rFonts w:ascii="Cambria Math" w:hAnsi="Cambria Math"/>
          <w:bCs/>
          <w:sz w:val="24"/>
          <w:szCs w:val="24"/>
        </w:rPr>
        <w:t>Associada</w:t>
      </w:r>
      <w:proofErr w:type="spellEnd"/>
      <w:r w:rsidR="00E1181E">
        <w:rPr>
          <w:rFonts w:ascii="Cambria Math" w:hAnsi="Cambria Math"/>
          <w:bCs/>
          <w:sz w:val="24"/>
          <w:szCs w:val="24"/>
        </w:rPr>
        <w:t xml:space="preserve"> </w:t>
      </w:r>
      <w:r w:rsidR="00CA04B5">
        <w:rPr>
          <w:rFonts w:ascii="Cambria Math" w:hAnsi="Cambria Math"/>
          <w:bCs/>
          <w:sz w:val="24"/>
          <w:szCs w:val="24"/>
        </w:rPr>
        <w:t xml:space="preserve">Dra. ________________________________________________________, CPF n. ______________________________________________, </w:t>
      </w:r>
      <w:proofErr w:type="spellStart"/>
      <w:r w:rsidR="00CA04B5">
        <w:rPr>
          <w:rFonts w:ascii="Cambria Math" w:hAnsi="Cambria Math"/>
          <w:bCs/>
          <w:sz w:val="24"/>
          <w:szCs w:val="24"/>
        </w:rPr>
        <w:t>encontra</w:t>
      </w:r>
      <w:proofErr w:type="spellEnd"/>
      <w:r w:rsidR="00CA04B5">
        <w:rPr>
          <w:rFonts w:ascii="Cambria Math" w:hAnsi="Cambria Math"/>
          <w:bCs/>
          <w:sz w:val="24"/>
          <w:szCs w:val="24"/>
        </w:rPr>
        <w:t xml:space="preserve">-se </w:t>
      </w:r>
      <w:r w:rsidR="006D4FBE">
        <w:rPr>
          <w:rFonts w:ascii="Cambria Math" w:hAnsi="Cambria Math"/>
          <w:b/>
          <w:sz w:val="24"/>
          <w:szCs w:val="24"/>
        </w:rPr>
        <w:t xml:space="preserve">FILIADA A ABMCJ, </w:t>
      </w:r>
      <w:proofErr w:type="spellStart"/>
      <w:r w:rsidR="006D4FBE">
        <w:rPr>
          <w:rFonts w:ascii="Cambria Math" w:hAnsi="Cambria Math"/>
          <w:b/>
          <w:sz w:val="24"/>
          <w:szCs w:val="24"/>
        </w:rPr>
        <w:t>desde</w:t>
      </w:r>
      <w:proofErr w:type="spellEnd"/>
      <w:r w:rsidR="006D4FBE">
        <w:rPr>
          <w:rFonts w:ascii="Cambria Math" w:hAnsi="Cambria Math"/>
          <w:b/>
          <w:sz w:val="24"/>
          <w:szCs w:val="24"/>
        </w:rPr>
        <w:t xml:space="preserve"> ______</w:t>
      </w:r>
      <w:r w:rsidR="000504FC" w:rsidRPr="008D5505">
        <w:rPr>
          <w:rFonts w:ascii="Cambria Math" w:hAnsi="Cambria Math"/>
          <w:b/>
          <w:sz w:val="24"/>
          <w:szCs w:val="24"/>
        </w:rPr>
        <w:t xml:space="preserve"> E </w:t>
      </w:r>
      <w:r w:rsidR="006D4FBE">
        <w:rPr>
          <w:rFonts w:ascii="Cambria Math" w:hAnsi="Cambria Math"/>
          <w:b/>
          <w:sz w:val="24"/>
          <w:szCs w:val="24"/>
        </w:rPr>
        <w:t xml:space="preserve">ENCONTRA-SE </w:t>
      </w:r>
      <w:r w:rsidR="000504FC" w:rsidRPr="008D5505">
        <w:rPr>
          <w:rFonts w:ascii="Cambria Math" w:hAnsi="Cambria Math"/>
          <w:b/>
          <w:sz w:val="24"/>
          <w:szCs w:val="24"/>
        </w:rPr>
        <w:t>ADIMPLENTE</w:t>
      </w:r>
      <w:r w:rsidR="00E1181E">
        <w:rPr>
          <w:rFonts w:ascii="Cambria Math" w:hAnsi="Cambria Math"/>
          <w:bCs/>
          <w:sz w:val="24"/>
          <w:szCs w:val="24"/>
        </w:rPr>
        <w:t xml:space="preserve"> junto</w:t>
      </w:r>
      <w:bookmarkStart w:id="0" w:name="_GoBack"/>
      <w:bookmarkEnd w:id="0"/>
      <w:r w:rsidR="000504FC">
        <w:rPr>
          <w:rFonts w:ascii="Cambria Math" w:hAnsi="Cambria Math"/>
          <w:bCs/>
          <w:sz w:val="24"/>
          <w:szCs w:val="24"/>
        </w:rPr>
        <w:t xml:space="preserve"> à </w:t>
      </w:r>
      <w:proofErr w:type="spellStart"/>
      <w:r w:rsidR="000504FC">
        <w:rPr>
          <w:rFonts w:ascii="Cambria Math" w:hAnsi="Cambria Math"/>
          <w:bCs/>
          <w:sz w:val="24"/>
          <w:szCs w:val="24"/>
        </w:rPr>
        <w:t>Tesouraria</w:t>
      </w:r>
      <w:proofErr w:type="spellEnd"/>
      <w:r w:rsidR="000504FC">
        <w:rPr>
          <w:rFonts w:ascii="Cambria Math" w:hAnsi="Cambria Math"/>
          <w:bCs/>
          <w:sz w:val="24"/>
          <w:szCs w:val="24"/>
        </w:rPr>
        <w:t xml:space="preserve">, </w:t>
      </w:r>
      <w:proofErr w:type="spellStart"/>
      <w:r w:rsidR="008D5505">
        <w:rPr>
          <w:rFonts w:ascii="Cambria Math" w:hAnsi="Cambria Math"/>
          <w:bCs/>
          <w:sz w:val="24"/>
          <w:szCs w:val="24"/>
        </w:rPr>
        <w:t>tendo</w:t>
      </w:r>
      <w:proofErr w:type="spellEnd"/>
      <w:r w:rsidR="008D5505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8D5505">
        <w:rPr>
          <w:rFonts w:ascii="Cambria Math" w:hAnsi="Cambria Math"/>
          <w:bCs/>
          <w:sz w:val="24"/>
          <w:szCs w:val="24"/>
        </w:rPr>
        <w:t>efetuado</w:t>
      </w:r>
      <w:proofErr w:type="spellEnd"/>
      <w:r w:rsidR="008D5505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8D5505">
        <w:rPr>
          <w:rFonts w:ascii="Cambria Math" w:hAnsi="Cambria Math"/>
          <w:bCs/>
          <w:sz w:val="24"/>
          <w:szCs w:val="24"/>
        </w:rPr>
        <w:t>os</w:t>
      </w:r>
      <w:proofErr w:type="spellEnd"/>
      <w:r w:rsidR="008D5505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8D5505">
        <w:rPr>
          <w:rFonts w:ascii="Cambria Math" w:hAnsi="Cambria Math"/>
          <w:bCs/>
          <w:sz w:val="24"/>
          <w:szCs w:val="24"/>
        </w:rPr>
        <w:t>pagamentos</w:t>
      </w:r>
      <w:proofErr w:type="spellEnd"/>
      <w:r w:rsidR="008D5505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8D5505">
        <w:rPr>
          <w:rFonts w:ascii="Cambria Math" w:hAnsi="Cambria Math"/>
          <w:bCs/>
          <w:sz w:val="24"/>
          <w:szCs w:val="24"/>
        </w:rPr>
        <w:t>integrais</w:t>
      </w:r>
      <w:proofErr w:type="spellEnd"/>
      <w:r w:rsidR="008D5505">
        <w:rPr>
          <w:rFonts w:ascii="Cambria Math" w:hAnsi="Cambria Math"/>
          <w:bCs/>
          <w:sz w:val="24"/>
          <w:szCs w:val="24"/>
        </w:rPr>
        <w:t xml:space="preserve"> das </w:t>
      </w:r>
      <w:proofErr w:type="spellStart"/>
      <w:r w:rsidR="008D5505">
        <w:rPr>
          <w:rFonts w:ascii="Cambria Math" w:hAnsi="Cambria Math"/>
          <w:bCs/>
          <w:sz w:val="24"/>
          <w:szCs w:val="24"/>
        </w:rPr>
        <w:t>anuidades</w:t>
      </w:r>
      <w:proofErr w:type="spellEnd"/>
      <w:r w:rsidR="008D5505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2B5551">
        <w:rPr>
          <w:rFonts w:ascii="Cambria Math" w:hAnsi="Cambria Math"/>
          <w:bCs/>
          <w:sz w:val="24"/>
          <w:szCs w:val="24"/>
        </w:rPr>
        <w:t>referent</w:t>
      </w:r>
      <w:r w:rsidR="006D4FBE">
        <w:rPr>
          <w:rFonts w:ascii="Cambria Math" w:hAnsi="Cambria Math"/>
          <w:bCs/>
          <w:sz w:val="24"/>
          <w:szCs w:val="24"/>
        </w:rPr>
        <w:t>e</w:t>
      </w:r>
      <w:r w:rsidR="002B5551">
        <w:rPr>
          <w:rFonts w:ascii="Cambria Math" w:hAnsi="Cambria Math"/>
          <w:bCs/>
          <w:sz w:val="24"/>
          <w:szCs w:val="24"/>
        </w:rPr>
        <w:t>s</w:t>
      </w:r>
      <w:proofErr w:type="spellEnd"/>
      <w:r w:rsidR="002B5551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2B5551">
        <w:rPr>
          <w:rFonts w:ascii="Cambria Math" w:hAnsi="Cambria Math"/>
          <w:bCs/>
          <w:sz w:val="24"/>
          <w:szCs w:val="24"/>
        </w:rPr>
        <w:t>aos</w:t>
      </w:r>
      <w:proofErr w:type="spellEnd"/>
      <w:r w:rsidR="002B5551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2B5551">
        <w:rPr>
          <w:rFonts w:ascii="Cambria Math" w:hAnsi="Cambria Math"/>
          <w:bCs/>
          <w:sz w:val="24"/>
          <w:szCs w:val="24"/>
        </w:rPr>
        <w:t>exercícios</w:t>
      </w:r>
      <w:proofErr w:type="spellEnd"/>
      <w:r w:rsidR="002B5551">
        <w:rPr>
          <w:rFonts w:ascii="Cambria Math" w:hAnsi="Cambria Math"/>
          <w:bCs/>
          <w:sz w:val="24"/>
          <w:szCs w:val="24"/>
        </w:rPr>
        <w:t>, 2023, 2024 e 2025</w:t>
      </w:r>
      <w:r w:rsidR="006D4FBE">
        <w:rPr>
          <w:rFonts w:ascii="Cambria Math" w:hAnsi="Cambria Math"/>
          <w:bCs/>
          <w:sz w:val="24"/>
          <w:szCs w:val="24"/>
        </w:rPr>
        <w:t xml:space="preserve"> (</w:t>
      </w:r>
      <w:proofErr w:type="spellStart"/>
      <w:r w:rsidR="006D4FBE">
        <w:rPr>
          <w:rFonts w:ascii="Cambria Math" w:hAnsi="Cambria Math"/>
          <w:bCs/>
          <w:sz w:val="24"/>
          <w:szCs w:val="24"/>
        </w:rPr>
        <w:t>o</w:t>
      </w:r>
      <w:r w:rsidR="009043F2">
        <w:rPr>
          <w:rFonts w:ascii="Cambria Math" w:hAnsi="Cambria Math"/>
          <w:bCs/>
          <w:sz w:val="24"/>
          <w:szCs w:val="24"/>
        </w:rPr>
        <w:t>u</w:t>
      </w:r>
      <w:proofErr w:type="spellEnd"/>
      <w:r w:rsidR="009043F2">
        <w:rPr>
          <w:rFonts w:ascii="Cambria Math" w:hAnsi="Cambria Math"/>
          <w:bCs/>
          <w:sz w:val="24"/>
          <w:szCs w:val="24"/>
        </w:rPr>
        <w:t xml:space="preserve"> </w:t>
      </w:r>
      <w:r w:rsidR="006D4FBE">
        <w:rPr>
          <w:rFonts w:ascii="Cambria Math" w:hAnsi="Cambria Math"/>
          <w:bCs/>
          <w:sz w:val="24"/>
          <w:szCs w:val="24"/>
        </w:rPr>
        <w:t xml:space="preserve">no </w:t>
      </w:r>
      <w:proofErr w:type="spellStart"/>
      <w:r w:rsidR="006D4FBE">
        <w:rPr>
          <w:rFonts w:ascii="Cambria Math" w:hAnsi="Cambria Math"/>
          <w:bCs/>
          <w:sz w:val="24"/>
          <w:szCs w:val="24"/>
        </w:rPr>
        <w:t>período</w:t>
      </w:r>
      <w:proofErr w:type="spellEnd"/>
      <w:r w:rsidR="006D4FBE">
        <w:rPr>
          <w:rFonts w:ascii="Cambria Math" w:hAnsi="Cambria Math"/>
          <w:bCs/>
          <w:sz w:val="24"/>
          <w:szCs w:val="24"/>
        </w:rPr>
        <w:t xml:space="preserve"> de </w:t>
      </w:r>
      <w:proofErr w:type="spellStart"/>
      <w:r w:rsidR="006D4FBE">
        <w:rPr>
          <w:rFonts w:ascii="Cambria Math" w:hAnsi="Cambria Math"/>
          <w:bCs/>
          <w:sz w:val="24"/>
          <w:szCs w:val="24"/>
        </w:rPr>
        <w:t>sua</w:t>
      </w:r>
      <w:proofErr w:type="spellEnd"/>
      <w:r w:rsidR="006D4FBE">
        <w:rPr>
          <w:rFonts w:ascii="Cambria Math" w:hAnsi="Cambria Math"/>
          <w:bCs/>
          <w:sz w:val="24"/>
          <w:szCs w:val="24"/>
        </w:rPr>
        <w:t xml:space="preserve"> </w:t>
      </w:r>
      <w:proofErr w:type="spellStart"/>
      <w:r w:rsidR="006D4FBE">
        <w:rPr>
          <w:rFonts w:ascii="Cambria Math" w:hAnsi="Cambria Math"/>
          <w:bCs/>
          <w:sz w:val="24"/>
          <w:szCs w:val="24"/>
        </w:rPr>
        <w:t>filiação</w:t>
      </w:r>
      <w:proofErr w:type="spellEnd"/>
      <w:r w:rsidR="006D4FBE">
        <w:rPr>
          <w:rFonts w:ascii="Cambria Math" w:hAnsi="Cambria Math"/>
          <w:bCs/>
          <w:sz w:val="24"/>
          <w:szCs w:val="24"/>
        </w:rPr>
        <w:t>)</w:t>
      </w:r>
      <w:r w:rsidR="009043F2">
        <w:rPr>
          <w:rFonts w:ascii="Cambria Math" w:hAnsi="Cambria Math"/>
          <w:bCs/>
          <w:sz w:val="24"/>
          <w:szCs w:val="24"/>
        </w:rPr>
        <w:t>,</w:t>
      </w:r>
    </w:p>
    <w:p w14:paraId="5266B89D" w14:textId="77777777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</w:p>
    <w:p w14:paraId="2E3ABA03" w14:textId="77777777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</w:p>
    <w:p w14:paraId="5678D999" w14:textId="5E230E84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ab/>
      </w:r>
      <w:r>
        <w:rPr>
          <w:rFonts w:ascii="Cambria Math" w:hAnsi="Cambria Math"/>
          <w:bCs/>
          <w:sz w:val="24"/>
          <w:szCs w:val="24"/>
        </w:rPr>
        <w:tab/>
      </w:r>
      <w:r>
        <w:rPr>
          <w:rFonts w:ascii="Cambria Math" w:hAnsi="Cambria Math"/>
          <w:bCs/>
          <w:sz w:val="24"/>
          <w:szCs w:val="24"/>
        </w:rPr>
        <w:tab/>
        <w:t xml:space="preserve">___________________________, de ____________ </w:t>
      </w:r>
      <w:proofErr w:type="spellStart"/>
      <w:r>
        <w:rPr>
          <w:rFonts w:ascii="Cambria Math" w:hAnsi="Cambria Math"/>
          <w:bCs/>
          <w:sz w:val="24"/>
          <w:szCs w:val="24"/>
        </w:rPr>
        <w:t>de</w:t>
      </w:r>
      <w:proofErr w:type="spellEnd"/>
      <w:r>
        <w:rPr>
          <w:rFonts w:ascii="Cambria Math" w:hAnsi="Cambria Math"/>
          <w:bCs/>
          <w:sz w:val="24"/>
          <w:szCs w:val="24"/>
        </w:rPr>
        <w:t xml:space="preserve"> ____________________</w:t>
      </w:r>
      <w:proofErr w:type="gramStart"/>
      <w:r>
        <w:rPr>
          <w:rFonts w:ascii="Cambria Math" w:hAnsi="Cambria Math"/>
          <w:bCs/>
          <w:sz w:val="24"/>
          <w:szCs w:val="24"/>
        </w:rPr>
        <w:t xml:space="preserve">_  </w:t>
      </w:r>
      <w:proofErr w:type="spellStart"/>
      <w:r>
        <w:rPr>
          <w:rFonts w:ascii="Cambria Math" w:hAnsi="Cambria Math"/>
          <w:bCs/>
          <w:sz w:val="24"/>
          <w:szCs w:val="24"/>
        </w:rPr>
        <w:t>de</w:t>
      </w:r>
      <w:proofErr w:type="spellEnd"/>
      <w:proofErr w:type="gramEnd"/>
      <w:r>
        <w:rPr>
          <w:rFonts w:ascii="Cambria Math" w:hAnsi="Cambria Math"/>
          <w:bCs/>
          <w:sz w:val="24"/>
          <w:szCs w:val="24"/>
        </w:rPr>
        <w:t xml:space="preserve"> 2025</w:t>
      </w:r>
    </w:p>
    <w:p w14:paraId="0DCA15C3" w14:textId="77777777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</w:p>
    <w:p w14:paraId="63AC77E8" w14:textId="77777777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</w:p>
    <w:p w14:paraId="70A8374C" w14:textId="77777777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</w:p>
    <w:p w14:paraId="3B3233BB" w14:textId="77777777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</w:p>
    <w:p w14:paraId="22BE2803" w14:textId="1D8A616E" w:rsidR="00D304FD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ab/>
      </w:r>
      <w:r>
        <w:rPr>
          <w:rFonts w:ascii="Cambria Math" w:hAnsi="Cambria Math"/>
          <w:bCs/>
          <w:sz w:val="24"/>
          <w:szCs w:val="24"/>
        </w:rPr>
        <w:tab/>
      </w:r>
      <w:r>
        <w:rPr>
          <w:rFonts w:ascii="Cambria Math" w:hAnsi="Cambria Math"/>
          <w:bCs/>
          <w:sz w:val="24"/>
          <w:szCs w:val="24"/>
        </w:rPr>
        <w:tab/>
        <w:t>__________________________________________________________</w:t>
      </w:r>
    </w:p>
    <w:p w14:paraId="045691F7" w14:textId="15DE5C29" w:rsidR="00D304FD" w:rsidRPr="006A46AF" w:rsidRDefault="00D304FD" w:rsidP="00CA04B5">
      <w:pPr>
        <w:widowControl w:val="0"/>
        <w:spacing w:after="0" w:line="360" w:lineRule="auto"/>
        <w:ind w:right="-716"/>
        <w:jc w:val="both"/>
        <w:rPr>
          <w:rFonts w:ascii="Cambria Math" w:hAnsi="Cambria Math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ab/>
      </w:r>
      <w:r>
        <w:rPr>
          <w:rFonts w:ascii="Cambria Math" w:hAnsi="Cambria Math"/>
          <w:bCs/>
          <w:sz w:val="24"/>
          <w:szCs w:val="24"/>
        </w:rPr>
        <w:tab/>
      </w:r>
      <w:r>
        <w:rPr>
          <w:rFonts w:ascii="Cambria Math" w:hAnsi="Cambria Math"/>
          <w:bCs/>
          <w:sz w:val="24"/>
          <w:szCs w:val="24"/>
        </w:rPr>
        <w:tab/>
      </w:r>
      <w:r>
        <w:rPr>
          <w:rFonts w:ascii="Cambria Math" w:hAnsi="Cambria Math"/>
          <w:bCs/>
          <w:sz w:val="24"/>
          <w:szCs w:val="24"/>
        </w:rPr>
        <w:tab/>
      </w:r>
      <w:proofErr w:type="spellStart"/>
      <w:r>
        <w:rPr>
          <w:rFonts w:ascii="Cambria Math" w:hAnsi="Cambria Math"/>
          <w:bCs/>
          <w:sz w:val="24"/>
          <w:szCs w:val="24"/>
        </w:rPr>
        <w:t>Tesoureira</w:t>
      </w:r>
      <w:proofErr w:type="spellEnd"/>
      <w:r>
        <w:rPr>
          <w:rFonts w:ascii="Cambria Math" w:hAnsi="Cambria Math"/>
          <w:bCs/>
          <w:sz w:val="24"/>
          <w:szCs w:val="24"/>
        </w:rPr>
        <w:t xml:space="preserve"> </w:t>
      </w:r>
    </w:p>
    <w:sectPr w:rsidR="00D304FD" w:rsidRPr="006A46AF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7D7B30" w14:textId="77777777" w:rsidR="00223D6E" w:rsidRDefault="00223D6E" w:rsidP="00D57414">
      <w:pPr>
        <w:spacing w:after="0" w:line="240" w:lineRule="auto"/>
      </w:pPr>
      <w:r>
        <w:separator/>
      </w:r>
    </w:p>
  </w:endnote>
  <w:endnote w:type="continuationSeparator" w:id="0">
    <w:p w14:paraId="51F09271" w14:textId="77777777" w:rsidR="00223D6E" w:rsidRDefault="00223D6E" w:rsidP="00D5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Black">
    <w:altName w:val="Times New Roman"/>
    <w:charset w:val="00"/>
    <w:family w:val="roman"/>
    <w:pitch w:val="variable"/>
    <w:sig w:usb0="800002AF" w:usb1="00000003" w:usb2="00000000" w:usb3="00000000" w:csb0="0000009F" w:csb1="00000000"/>
  </w:font>
  <w:font w:name="Congenial Black">
    <w:charset w:val="00"/>
    <w:family w:val="auto"/>
    <w:pitch w:val="variable"/>
    <w:sig w:usb0="8000002F" w:usb1="1000205B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E758A" w14:textId="77777777" w:rsidR="00D57414" w:rsidRDefault="00D57414" w:rsidP="00ED1D11">
    <w:pPr>
      <w:pStyle w:val="Cabealho"/>
      <w:pBdr>
        <w:bottom w:val="single" w:sz="12" w:space="1" w:color="auto"/>
      </w:pBdr>
      <w:ind w:right="-716"/>
      <w:jc w:val="right"/>
      <w:rPr>
        <w:rFonts w:ascii="Ebrima" w:hAnsi="Ebrima"/>
        <w:sz w:val="20"/>
        <w:szCs w:val="20"/>
      </w:rPr>
    </w:pPr>
  </w:p>
  <w:p w14:paraId="2CA0023B" w14:textId="77777777" w:rsidR="00D57414" w:rsidRDefault="00D57414" w:rsidP="00ED1D11">
    <w:pPr>
      <w:pStyle w:val="Cabealho"/>
      <w:ind w:right="-716"/>
      <w:jc w:val="right"/>
      <w:rPr>
        <w:rFonts w:ascii="Ebrima" w:hAnsi="Ebrima"/>
        <w:sz w:val="20"/>
        <w:szCs w:val="20"/>
      </w:rPr>
    </w:pPr>
    <w:r>
      <w:rPr>
        <w:rFonts w:ascii="Ebrima" w:hAnsi="Ebrima"/>
        <w:sz w:val="20"/>
        <w:szCs w:val="20"/>
      </w:rPr>
      <w:t>Av. Dep. Jame</w:t>
    </w:r>
    <w:r w:rsidR="00ED1D11">
      <w:rPr>
        <w:rFonts w:ascii="Ebrima" w:hAnsi="Ebrima"/>
        <w:sz w:val="20"/>
        <w:szCs w:val="20"/>
      </w:rPr>
      <w:t>l Cecilio, n. 3.455, sala 1602,</w:t>
    </w:r>
  </w:p>
  <w:p w14:paraId="118255C5" w14:textId="77777777" w:rsidR="00D57414" w:rsidRDefault="00D57414" w:rsidP="00ED1D11">
    <w:pPr>
      <w:pStyle w:val="Cabealho"/>
      <w:ind w:right="-716"/>
      <w:jc w:val="right"/>
      <w:rPr>
        <w:rFonts w:ascii="Ebrima" w:hAnsi="Ebrima"/>
        <w:sz w:val="20"/>
        <w:szCs w:val="20"/>
      </w:rPr>
    </w:pPr>
    <w:r>
      <w:rPr>
        <w:rFonts w:ascii="Ebrima" w:hAnsi="Ebrima"/>
        <w:sz w:val="20"/>
        <w:szCs w:val="20"/>
      </w:rPr>
      <w:t>Ed. Flamboyant Park Business, Jardim Goiás - Goiânia – GO</w:t>
    </w:r>
  </w:p>
  <w:p w14:paraId="50213338" w14:textId="77777777" w:rsidR="00D57414" w:rsidRDefault="00D57414" w:rsidP="00ED1D11">
    <w:pPr>
      <w:pStyle w:val="Cabealho"/>
      <w:ind w:right="-716"/>
      <w:jc w:val="right"/>
    </w:pPr>
    <w:r>
      <w:t>www.abmcj.ong.br</w:t>
    </w:r>
  </w:p>
  <w:p w14:paraId="24B6BE37" w14:textId="77777777" w:rsidR="00D57414" w:rsidRDefault="00D57414" w:rsidP="00ED1D11">
    <w:pPr>
      <w:pStyle w:val="Rodap"/>
      <w:ind w:right="-71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1FC72" w14:textId="77777777" w:rsidR="00223D6E" w:rsidRDefault="00223D6E" w:rsidP="00D57414">
      <w:pPr>
        <w:spacing w:after="0" w:line="240" w:lineRule="auto"/>
      </w:pPr>
      <w:r>
        <w:separator/>
      </w:r>
    </w:p>
  </w:footnote>
  <w:footnote w:type="continuationSeparator" w:id="0">
    <w:p w14:paraId="046199C4" w14:textId="77777777" w:rsidR="00223D6E" w:rsidRDefault="00223D6E" w:rsidP="00D5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A7654" w14:textId="77777777" w:rsidR="00D57414" w:rsidRDefault="00D57414" w:rsidP="00D57414">
    <w:pPr>
      <w:pStyle w:val="Cabealho"/>
      <w:jc w:val="right"/>
      <w:rPr>
        <w:noProof/>
      </w:rPr>
    </w:pPr>
  </w:p>
  <w:p w14:paraId="40CA57DF" w14:textId="77777777" w:rsidR="00D57414" w:rsidRDefault="00D57414" w:rsidP="00D57414">
    <w:pPr>
      <w:pStyle w:val="Cabealho"/>
      <w:ind w:right="-716"/>
      <w:jc w:val="right"/>
      <w:rPr>
        <w:rFonts w:ascii="Ebrima" w:hAnsi="Ebrima"/>
        <w:color w:val="265343"/>
        <w:sz w:val="20"/>
        <w:szCs w:val="20"/>
      </w:rPr>
    </w:pPr>
    <w:r>
      <w:rPr>
        <w:noProof/>
        <w:lang w:val="pt-BR" w:eastAsia="pt-BR"/>
      </w:rPr>
      <w:drawing>
        <wp:anchor distT="0" distB="0" distL="114300" distR="114300" simplePos="0" relativeHeight="251658240" behindDoc="0" locked="0" layoutInCell="1" allowOverlap="1" wp14:anchorId="70901EC6" wp14:editId="63F97F66">
          <wp:simplePos x="0" y="0"/>
          <wp:positionH relativeFrom="column">
            <wp:posOffset>-346710</wp:posOffset>
          </wp:positionH>
          <wp:positionV relativeFrom="paragraph">
            <wp:posOffset>-230505</wp:posOffset>
          </wp:positionV>
          <wp:extent cx="876300" cy="1008380"/>
          <wp:effectExtent l="0" t="0" r="0" b="127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m 19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          </w:t>
    </w:r>
    <w:r w:rsidRPr="008D1036">
      <w:rPr>
        <w:rFonts w:ascii="Ebrima" w:hAnsi="Ebrima"/>
        <w:color w:val="265343"/>
        <w:sz w:val="20"/>
        <w:szCs w:val="20"/>
      </w:rPr>
      <w:t>ASSOCIAÇÃO BRASILEIRA DAS MULHERES DE CARREIRA JURÍDICA</w:t>
    </w:r>
  </w:p>
  <w:p w14:paraId="2D99DA4F" w14:textId="77777777" w:rsidR="00D57414" w:rsidRDefault="00D57414" w:rsidP="00D57414">
    <w:pPr>
      <w:pStyle w:val="Cabealho"/>
      <w:tabs>
        <w:tab w:val="clear" w:pos="9360"/>
        <w:tab w:val="right" w:pos="9356"/>
      </w:tabs>
      <w:ind w:right="-716"/>
      <w:jc w:val="right"/>
      <w:rPr>
        <w:rFonts w:ascii="Ebrima" w:hAnsi="Ebrima"/>
        <w:bCs/>
        <w:sz w:val="21"/>
        <w:szCs w:val="21"/>
      </w:rPr>
    </w:pPr>
    <w:r>
      <w:rPr>
        <w:rFonts w:ascii="Ebrima" w:hAnsi="Ebrima"/>
        <w:bCs/>
        <w:sz w:val="21"/>
        <w:szCs w:val="21"/>
      </w:rPr>
      <w:t xml:space="preserve">                      </w:t>
    </w:r>
    <w:proofErr w:type="spellStart"/>
    <w:r>
      <w:rPr>
        <w:rFonts w:ascii="Ebrima" w:hAnsi="Ebrima"/>
        <w:bCs/>
        <w:sz w:val="21"/>
        <w:szCs w:val="21"/>
      </w:rPr>
      <w:t>Filiada</w:t>
    </w:r>
    <w:proofErr w:type="spellEnd"/>
    <w:r>
      <w:rPr>
        <w:rFonts w:ascii="Ebrima" w:hAnsi="Ebrima"/>
        <w:bCs/>
        <w:sz w:val="21"/>
        <w:szCs w:val="21"/>
      </w:rPr>
      <w:t xml:space="preserve"> a </w:t>
    </w:r>
    <w:proofErr w:type="spellStart"/>
    <w:r>
      <w:rPr>
        <w:rFonts w:ascii="Ebrima" w:hAnsi="Ebrima"/>
        <w:bCs/>
        <w:sz w:val="21"/>
        <w:szCs w:val="21"/>
      </w:rPr>
      <w:t>Fédération</w:t>
    </w:r>
    <w:proofErr w:type="spellEnd"/>
    <w:r>
      <w:rPr>
        <w:rFonts w:ascii="Ebrima" w:hAnsi="Ebrima"/>
        <w:bCs/>
        <w:sz w:val="21"/>
        <w:szCs w:val="21"/>
      </w:rPr>
      <w:t xml:space="preserve"> International des Femmes </w:t>
    </w:r>
    <w:proofErr w:type="spellStart"/>
    <w:r>
      <w:rPr>
        <w:rFonts w:ascii="Ebrima" w:hAnsi="Ebrima"/>
        <w:bCs/>
        <w:sz w:val="21"/>
        <w:szCs w:val="21"/>
      </w:rPr>
      <w:t>dês</w:t>
    </w:r>
    <w:proofErr w:type="spellEnd"/>
    <w:r>
      <w:rPr>
        <w:rFonts w:ascii="Ebrima" w:hAnsi="Ebrima"/>
        <w:bCs/>
        <w:sz w:val="21"/>
        <w:szCs w:val="21"/>
      </w:rPr>
      <w:t xml:space="preserve"> </w:t>
    </w:r>
    <w:proofErr w:type="spellStart"/>
    <w:r>
      <w:rPr>
        <w:rFonts w:ascii="Ebrima" w:hAnsi="Ebrima"/>
        <w:bCs/>
        <w:sz w:val="21"/>
        <w:szCs w:val="21"/>
      </w:rPr>
      <w:t>Carrières</w:t>
    </w:r>
    <w:proofErr w:type="spellEnd"/>
    <w:r>
      <w:rPr>
        <w:rFonts w:ascii="Ebrima" w:hAnsi="Ebrima"/>
        <w:bCs/>
        <w:sz w:val="21"/>
        <w:szCs w:val="21"/>
      </w:rPr>
      <w:t xml:space="preserve"> </w:t>
    </w:r>
    <w:proofErr w:type="spellStart"/>
    <w:r>
      <w:rPr>
        <w:rFonts w:ascii="Ebrima" w:hAnsi="Ebrima"/>
        <w:bCs/>
        <w:sz w:val="21"/>
        <w:szCs w:val="21"/>
      </w:rPr>
      <w:t>Juridiques</w:t>
    </w:r>
    <w:proofErr w:type="spellEnd"/>
  </w:p>
  <w:p w14:paraId="0258C971" w14:textId="77777777" w:rsidR="00D57414" w:rsidRDefault="00D57414" w:rsidP="00D57414">
    <w:pPr>
      <w:pStyle w:val="Cabealho"/>
      <w:rPr>
        <w:rFonts w:ascii="Ebrima" w:hAnsi="Ebrima"/>
        <w:bCs/>
        <w:sz w:val="21"/>
        <w:szCs w:val="21"/>
      </w:rPr>
    </w:pPr>
  </w:p>
  <w:p w14:paraId="2334A522" w14:textId="77777777" w:rsidR="00D57414" w:rsidRDefault="00D57414" w:rsidP="00D57414">
    <w:pPr>
      <w:pStyle w:val="Cabealho"/>
      <w:rPr>
        <w:rFonts w:ascii="Ebrima" w:hAnsi="Ebrima"/>
        <w:bCs/>
        <w:sz w:val="21"/>
        <w:szCs w:val="21"/>
      </w:rPr>
    </w:pPr>
  </w:p>
  <w:p w14:paraId="35AFBBDB" w14:textId="77777777" w:rsidR="00D57414" w:rsidRDefault="00D57414" w:rsidP="00D57414">
    <w:pPr>
      <w:pStyle w:val="Cabealho"/>
    </w:pPr>
  </w:p>
  <w:p w14:paraId="31C69B5F" w14:textId="77777777" w:rsidR="00D57414" w:rsidRDefault="00D5741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71A23B1"/>
    <w:multiLevelType w:val="hybridMultilevel"/>
    <w:tmpl w:val="559011A4"/>
    <w:lvl w:ilvl="0" w:tplc="041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504FC"/>
    <w:rsid w:val="0006063C"/>
    <w:rsid w:val="0015074B"/>
    <w:rsid w:val="001A3EA4"/>
    <w:rsid w:val="00223D6E"/>
    <w:rsid w:val="002360F8"/>
    <w:rsid w:val="0029639D"/>
    <w:rsid w:val="002A70C2"/>
    <w:rsid w:val="002B5551"/>
    <w:rsid w:val="00326F90"/>
    <w:rsid w:val="0036207C"/>
    <w:rsid w:val="003701A7"/>
    <w:rsid w:val="00411BD1"/>
    <w:rsid w:val="00515BAE"/>
    <w:rsid w:val="00590CC4"/>
    <w:rsid w:val="005C225F"/>
    <w:rsid w:val="006A46AF"/>
    <w:rsid w:val="006D4FBE"/>
    <w:rsid w:val="00703E2E"/>
    <w:rsid w:val="007641B1"/>
    <w:rsid w:val="007D4D13"/>
    <w:rsid w:val="008D5505"/>
    <w:rsid w:val="008F45FF"/>
    <w:rsid w:val="009043F2"/>
    <w:rsid w:val="00913472"/>
    <w:rsid w:val="00934668"/>
    <w:rsid w:val="00A3458F"/>
    <w:rsid w:val="00A7682A"/>
    <w:rsid w:val="00AA1D8D"/>
    <w:rsid w:val="00B47730"/>
    <w:rsid w:val="00B662DC"/>
    <w:rsid w:val="00CA04B5"/>
    <w:rsid w:val="00CB0664"/>
    <w:rsid w:val="00CE7FB8"/>
    <w:rsid w:val="00D304FD"/>
    <w:rsid w:val="00D57414"/>
    <w:rsid w:val="00D931B6"/>
    <w:rsid w:val="00DF60EF"/>
    <w:rsid w:val="00E1181E"/>
    <w:rsid w:val="00E631E7"/>
    <w:rsid w:val="00ED1D11"/>
    <w:rsid w:val="00ED1E54"/>
    <w:rsid w:val="00F065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F62AA3"/>
  <w14:defaultImageDpi w14:val="300"/>
  <w15:docId w15:val="{374C575E-9580-46FE-BD50-F094996B3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D57414"/>
    <w:pPr>
      <w:spacing w:after="0" w:line="240" w:lineRule="auto"/>
    </w:pPr>
    <w:rPr>
      <w:rFonts w:ascii="Segoe UI" w:hAnsi="Segoe UI" w:cs="Segoe UI"/>
      <w:sz w:val="18"/>
      <w:szCs w:val="18"/>
      <w:lang w:val="pt-BR"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7414"/>
    <w:rPr>
      <w:rFonts w:ascii="Segoe UI" w:hAnsi="Segoe UI" w:cs="Segoe UI"/>
      <w:sz w:val="18"/>
      <w:szCs w:val="18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7D4D13"/>
    <w:rPr>
      <w:color w:val="0000FF" w:themeColor="hyperlink"/>
      <w:u w:val="single"/>
    </w:rPr>
  </w:style>
  <w:style w:type="paragraph" w:customStyle="1" w:styleId="ecxwestern">
    <w:name w:val="ecxwestern"/>
    <w:basedOn w:val="Normal"/>
    <w:rsid w:val="008F45FF"/>
    <w:pPr>
      <w:suppressAutoHyphens/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DC8E53-FC54-48AB-A628-07BA41187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LENOVO</cp:lastModifiedBy>
  <cp:revision>3</cp:revision>
  <dcterms:created xsi:type="dcterms:W3CDTF">2025-10-05T14:22:00Z</dcterms:created>
  <dcterms:modified xsi:type="dcterms:W3CDTF">2025-10-06T12:22:00Z</dcterms:modified>
  <cp:category/>
</cp:coreProperties>
</file>